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69" w:rsidRDefault="00330269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330269" w:rsidRDefault="00CD0FF2" w:rsidP="007954A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4AF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7954AF" w:rsidRPr="007954AF" w:rsidRDefault="007954AF" w:rsidP="007954A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269" w:rsidRDefault="00CD0FF2" w:rsidP="00795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7954AF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7954AF" w:rsidRPr="007954AF" w:rsidRDefault="007954AF" w:rsidP="00795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330269" w:rsidRDefault="00CD0FF2" w:rsidP="00795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7954AF">
        <w:rPr>
          <w:rFonts w:ascii="Times New Roman" w:hAnsi="Times New Roman" w:cs="Times New Roman"/>
          <w:sz w:val="24"/>
          <w:szCs w:val="24"/>
        </w:rPr>
        <w:t>МУ "Отдел образования исполнительного комитета Спасского муниципального района</w:t>
      </w:r>
    </w:p>
    <w:p w:rsidR="007954AF" w:rsidRPr="007954AF" w:rsidRDefault="007954AF" w:rsidP="00795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330269" w:rsidRDefault="00CD0FF2" w:rsidP="00795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7954AF">
        <w:rPr>
          <w:rFonts w:ascii="Times New Roman" w:hAnsi="Times New Roman" w:cs="Times New Roman"/>
          <w:sz w:val="24"/>
          <w:szCs w:val="24"/>
        </w:rPr>
        <w:t>МБОУ «БСОШ № 2»</w:t>
      </w:r>
    </w:p>
    <w:p w:rsidR="007954AF" w:rsidRPr="007954AF" w:rsidRDefault="007954AF" w:rsidP="00795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3420"/>
        <w:gridCol w:w="3460"/>
      </w:tblGrid>
      <w:tr w:rsidR="00B17EB8" w:rsidTr="00CD0FF2">
        <w:trPr>
          <w:trHeight w:hRule="exact" w:val="274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48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48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B17EB8" w:rsidTr="00CD0FF2">
        <w:trPr>
          <w:trHeight w:hRule="exact" w:val="200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заседании МО учителей 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МС школы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B17EB8" w:rsidRPr="001F4EBE" w:rsidRDefault="00B17EB8" w:rsidP="00CD0FF2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B17EB8" w:rsidTr="00CD0FF2">
        <w:trPr>
          <w:trHeight w:hRule="exact" w:val="400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начальных классов</w:t>
            </w:r>
          </w:p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198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______________Черкасова Е.А.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19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______________Борюшкина Л.В.</w:t>
            </w:r>
          </w:p>
        </w:tc>
      </w:tr>
      <w:tr w:rsidR="00B17EB8" w:rsidTr="00CD0FF2">
        <w:trPr>
          <w:trHeight w:hRule="exact" w:val="116"/>
        </w:trPr>
        <w:tc>
          <w:tcPr>
            <w:tcW w:w="3222" w:type="dxa"/>
            <w:vMerge w:val="restart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2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______________Егорова О.Н.</w:t>
            </w:r>
          </w:p>
        </w:tc>
        <w:tc>
          <w:tcPr>
            <w:tcW w:w="3429" w:type="dxa"/>
            <w:vMerge/>
          </w:tcPr>
          <w:p w:rsidR="00B17EB8" w:rsidRDefault="00B17EB8" w:rsidP="00CD0FF2"/>
        </w:tc>
        <w:tc>
          <w:tcPr>
            <w:tcW w:w="3429" w:type="dxa"/>
            <w:vMerge/>
          </w:tcPr>
          <w:p w:rsidR="00B17EB8" w:rsidRDefault="00B17EB8" w:rsidP="00CD0FF2"/>
        </w:tc>
      </w:tr>
      <w:tr w:rsidR="00B17EB8" w:rsidTr="00CD0FF2">
        <w:trPr>
          <w:trHeight w:hRule="exact" w:val="304"/>
        </w:trPr>
        <w:tc>
          <w:tcPr>
            <w:tcW w:w="3429" w:type="dxa"/>
            <w:vMerge/>
          </w:tcPr>
          <w:p w:rsidR="00B17EB8" w:rsidRDefault="00B17EB8" w:rsidP="00CD0FF2">
            <w:pPr>
              <w:ind w:left="142"/>
            </w:pP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78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№1____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</w:t>
            </w:r>
          </w:p>
        </w:tc>
      </w:tr>
      <w:tr w:rsidR="00B17EB8" w:rsidTr="00CD0FF2">
        <w:trPr>
          <w:trHeight w:hRule="exact" w:val="300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№1____</w:t>
            </w:r>
          </w:p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194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августа 2022 г.</w:t>
            </w:r>
          </w:p>
        </w:tc>
        <w:tc>
          <w:tcPr>
            <w:tcW w:w="3460" w:type="dxa"/>
            <w:vMerge w:val="restart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194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от "___" </w:t>
            </w:r>
            <w:r w:rsidR="007954AF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августа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  <w:tr w:rsidR="00B17EB8" w:rsidTr="00CD0FF2">
        <w:trPr>
          <w:trHeight w:hRule="exact" w:val="384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B17EB8" w:rsidRDefault="00B17EB8" w:rsidP="00CD0FF2">
            <w:pPr>
              <w:autoSpaceDE w:val="0"/>
              <w:autoSpaceDN w:val="0"/>
              <w:spacing w:before="98" w:after="0" w:line="230" w:lineRule="auto"/>
              <w:ind w:left="14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августа 2022 г.</w:t>
            </w:r>
          </w:p>
        </w:tc>
        <w:tc>
          <w:tcPr>
            <w:tcW w:w="3429" w:type="dxa"/>
            <w:vMerge/>
          </w:tcPr>
          <w:p w:rsidR="00B17EB8" w:rsidRDefault="00B17EB8" w:rsidP="00CD0FF2"/>
        </w:tc>
        <w:tc>
          <w:tcPr>
            <w:tcW w:w="3429" w:type="dxa"/>
            <w:vMerge/>
          </w:tcPr>
          <w:p w:rsidR="00B17EB8" w:rsidRDefault="00B17EB8" w:rsidP="00CD0FF2"/>
        </w:tc>
      </w:tr>
    </w:tbl>
    <w:p w:rsidR="00330269" w:rsidRDefault="00CD0FF2" w:rsidP="007954AF">
      <w:pPr>
        <w:autoSpaceDE w:val="0"/>
        <w:autoSpaceDN w:val="0"/>
        <w:spacing w:before="978" w:after="0" w:line="230" w:lineRule="auto"/>
        <w:ind w:right="-478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CD0FF2" w:rsidRPr="0055760F" w:rsidRDefault="00CD0FF2" w:rsidP="00CD0FF2">
      <w:pPr>
        <w:autoSpaceDE w:val="0"/>
        <w:autoSpaceDN w:val="0"/>
        <w:spacing w:before="70" w:after="0" w:line="230" w:lineRule="auto"/>
        <w:ind w:right="179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</w:t>
      </w:r>
      <w:r w:rsidRPr="0055760F">
        <w:rPr>
          <w:rFonts w:ascii="Times New Roman" w:eastAsia="Times New Roman" w:hAnsi="Times New Roman"/>
          <w:b/>
          <w:color w:val="000000"/>
          <w:sz w:val="24"/>
          <w:szCs w:val="24"/>
        </w:rPr>
        <w:t>ОСНОВНОГО НАЧАЛЬНОГО ОБРАЗОВАНИЯ</w:t>
      </w:r>
    </w:p>
    <w:p w:rsidR="00330269" w:rsidRPr="007954AF" w:rsidRDefault="00CD0FF2" w:rsidP="007954AF">
      <w:pPr>
        <w:autoSpaceDE w:val="0"/>
        <w:autoSpaceDN w:val="0"/>
        <w:spacing w:before="70" w:after="0" w:line="230" w:lineRule="auto"/>
        <w:ind w:right="-478"/>
        <w:jc w:val="center"/>
      </w:pPr>
      <w:r w:rsidRPr="007954AF">
        <w:rPr>
          <w:rFonts w:ascii="Times New Roman" w:eastAsia="Times New Roman" w:hAnsi="Times New Roman"/>
          <w:b/>
          <w:color w:val="000000"/>
          <w:sz w:val="24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="001C3F6A" w:rsidRPr="007954AF">
        <w:rPr>
          <w:rFonts w:ascii="Times New Roman" w:eastAsia="Times New Roman" w:hAnsi="Times New Roman"/>
          <w:b/>
          <w:color w:val="000000"/>
          <w:sz w:val="24"/>
        </w:rPr>
        <w:t>5116216</w:t>
      </w:r>
      <w:r w:rsidRPr="007954AF">
        <w:rPr>
          <w:rFonts w:ascii="Times New Roman" w:eastAsia="Times New Roman" w:hAnsi="Times New Roman"/>
          <w:b/>
          <w:color w:val="000000"/>
          <w:sz w:val="24"/>
        </w:rPr>
        <w:t>)</w:t>
      </w:r>
    </w:p>
    <w:p w:rsidR="00330269" w:rsidRPr="007954AF" w:rsidRDefault="00CD0FF2" w:rsidP="007954AF">
      <w:pPr>
        <w:autoSpaceDE w:val="0"/>
        <w:autoSpaceDN w:val="0"/>
        <w:spacing w:before="166" w:after="0" w:line="230" w:lineRule="auto"/>
        <w:ind w:right="-478"/>
        <w:jc w:val="center"/>
      </w:pPr>
      <w:r w:rsidRPr="007954AF"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CD0FF2" w:rsidRDefault="00CD0FF2" w:rsidP="00CD0FF2">
      <w:pPr>
        <w:autoSpaceDE w:val="0"/>
        <w:autoSpaceDN w:val="0"/>
        <w:spacing w:before="70" w:after="0" w:line="230" w:lineRule="auto"/>
        <w:ind w:right="-478"/>
        <w:jc w:val="center"/>
      </w:pPr>
      <w:r w:rsidRPr="007954AF">
        <w:rPr>
          <w:rFonts w:ascii="Times New Roman" w:eastAsia="Times New Roman" w:hAnsi="Times New Roman"/>
          <w:color w:val="000000"/>
          <w:sz w:val="24"/>
        </w:rPr>
        <w:t>«Технология»</w:t>
      </w:r>
    </w:p>
    <w:p w:rsidR="00CD0FF2" w:rsidRPr="0055760F" w:rsidRDefault="00CD0FF2" w:rsidP="00CD0FF2">
      <w:pPr>
        <w:autoSpaceDE w:val="0"/>
        <w:autoSpaceDN w:val="0"/>
        <w:spacing w:before="70" w:after="0" w:line="230" w:lineRule="auto"/>
        <w:ind w:right="-478"/>
        <w:jc w:val="center"/>
      </w:pPr>
      <w:r>
        <w:rPr>
          <w:rFonts w:ascii="Times New Roman" w:eastAsia="Times New Roman" w:hAnsi="Times New Roman"/>
          <w:color w:val="000000"/>
          <w:sz w:val="24"/>
        </w:rPr>
        <w:t>(для 1-4 классов образовательных организаций)</w:t>
      </w:r>
    </w:p>
    <w:p w:rsidR="00330269" w:rsidRPr="007954AF" w:rsidRDefault="00330269" w:rsidP="007954AF">
      <w:pPr>
        <w:autoSpaceDE w:val="0"/>
        <w:autoSpaceDN w:val="0"/>
        <w:spacing w:before="670" w:after="0" w:line="230" w:lineRule="auto"/>
        <w:ind w:right="-478"/>
        <w:jc w:val="center"/>
      </w:pPr>
    </w:p>
    <w:p w:rsidR="007954AF" w:rsidRDefault="007954AF" w:rsidP="001C3F6A">
      <w:pPr>
        <w:autoSpaceDE w:val="0"/>
        <w:autoSpaceDN w:val="0"/>
        <w:spacing w:before="70" w:after="0" w:line="230" w:lineRule="auto"/>
        <w:ind w:right="2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7954AF" w:rsidRDefault="007954AF" w:rsidP="001C3F6A">
      <w:pPr>
        <w:autoSpaceDE w:val="0"/>
        <w:autoSpaceDN w:val="0"/>
        <w:spacing w:before="70" w:after="0" w:line="230" w:lineRule="auto"/>
        <w:ind w:right="2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7954AF" w:rsidRDefault="007954AF" w:rsidP="001C3F6A">
      <w:pPr>
        <w:autoSpaceDE w:val="0"/>
        <w:autoSpaceDN w:val="0"/>
        <w:spacing w:before="70" w:after="0" w:line="230" w:lineRule="auto"/>
        <w:ind w:right="2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7954AF" w:rsidRDefault="007954AF" w:rsidP="001C3F6A">
      <w:pPr>
        <w:autoSpaceDE w:val="0"/>
        <w:autoSpaceDN w:val="0"/>
        <w:spacing w:before="70" w:after="0" w:line="230" w:lineRule="auto"/>
        <w:ind w:right="2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7954AF" w:rsidRDefault="007954AF" w:rsidP="001C3F6A">
      <w:pPr>
        <w:autoSpaceDE w:val="0"/>
        <w:autoSpaceDN w:val="0"/>
        <w:spacing w:before="70" w:after="0" w:line="230" w:lineRule="auto"/>
        <w:ind w:right="2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7954AF" w:rsidRPr="007954AF" w:rsidRDefault="007954AF" w:rsidP="001C3F6A">
      <w:pPr>
        <w:autoSpaceDE w:val="0"/>
        <w:autoSpaceDN w:val="0"/>
        <w:spacing w:before="70" w:after="0" w:line="230" w:lineRule="auto"/>
        <w:ind w:right="26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1C3F6A" w:rsidRPr="007954AF" w:rsidRDefault="001C3F6A" w:rsidP="001C3F6A">
      <w:pPr>
        <w:autoSpaceDE w:val="0"/>
        <w:autoSpaceDN w:val="0"/>
        <w:spacing w:before="70" w:after="0" w:line="230" w:lineRule="auto"/>
        <w:ind w:right="26"/>
        <w:jc w:val="right"/>
      </w:pPr>
    </w:p>
    <w:p w:rsidR="001C3F6A" w:rsidRPr="007954AF" w:rsidRDefault="001C3F6A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1C3F6A" w:rsidRPr="007954AF" w:rsidRDefault="001C3F6A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1C3F6A" w:rsidRPr="007954AF" w:rsidRDefault="001C3F6A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1C3F6A" w:rsidRPr="007954AF" w:rsidRDefault="001C3F6A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CD0FF2" w:rsidRDefault="00CD0FF2">
      <w:pPr>
        <w:autoSpaceDE w:val="0"/>
        <w:autoSpaceDN w:val="0"/>
        <w:spacing w:after="0" w:line="230" w:lineRule="auto"/>
        <w:ind w:right="3828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330269" w:rsidRPr="007954AF" w:rsidRDefault="00CD0FF2">
      <w:pPr>
        <w:autoSpaceDE w:val="0"/>
        <w:autoSpaceDN w:val="0"/>
        <w:spacing w:after="0" w:line="230" w:lineRule="auto"/>
        <w:ind w:right="3828"/>
        <w:jc w:val="right"/>
      </w:pPr>
      <w:r w:rsidRPr="007954AF">
        <w:rPr>
          <w:rFonts w:ascii="Times New Roman" w:eastAsia="Times New Roman" w:hAnsi="Times New Roman"/>
          <w:color w:val="000000"/>
          <w:sz w:val="24"/>
        </w:rPr>
        <w:t>Болгар 2022</w:t>
      </w:r>
    </w:p>
    <w:p w:rsidR="00330269" w:rsidRPr="007954AF" w:rsidRDefault="00330269">
      <w:pPr>
        <w:sectPr w:rsidR="00330269" w:rsidRPr="007954AF" w:rsidSect="001C3F6A">
          <w:headerReference w:type="default" r:id="rId9"/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titlePg/>
          <w:docGrid w:linePitch="360"/>
        </w:sectPr>
      </w:pPr>
    </w:p>
    <w:p w:rsidR="00330269" w:rsidRPr="007954AF" w:rsidRDefault="00CD0FF2" w:rsidP="007954AF">
      <w:pPr>
        <w:pStyle w:val="ae"/>
        <w:numPr>
          <w:ilvl w:val="0"/>
          <w:numId w:val="17"/>
        </w:numPr>
        <w:autoSpaceDE w:val="0"/>
        <w:autoSpaceDN w:val="0"/>
        <w:spacing w:after="0" w:line="230" w:lineRule="auto"/>
      </w:pPr>
      <w:r w:rsidRPr="007954AF">
        <w:rPr>
          <w:rFonts w:ascii="Times New Roman" w:eastAsia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1C3F6A">
        <w:rPr>
          <w:rFonts w:ascii="Times New Roman" w:hAnsi="Times New Roman" w:cs="Times New Roman"/>
          <w:sz w:val="24"/>
          <w:szCs w:val="24"/>
        </w:rPr>
        <w:br/>
        <w:t>планированию.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7954AF" w:rsidRPr="007954AF" w:rsidRDefault="00CD0FF2" w:rsidP="007954AF">
      <w:pPr>
        <w:pStyle w:val="a9"/>
        <w:numPr>
          <w:ilvl w:val="0"/>
          <w:numId w:val="1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«ТЕХНОЛОГИЯ»</w:t>
      </w:r>
    </w:p>
    <w:p w:rsidR="00330269" w:rsidRPr="001C3F6A" w:rsidRDefault="00CD0FF2" w:rsidP="007954AF">
      <w:pPr>
        <w:pStyle w:val="a9"/>
        <w:ind w:left="66" w:firstLine="654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времени и инновационными установками отечественного </w:t>
      </w:r>
      <w:r w:rsidRPr="001C3F6A">
        <w:rPr>
          <w:rFonts w:ascii="Times New Roman" w:hAnsi="Times New Roman" w:cs="Times New Roman"/>
          <w:sz w:val="24"/>
          <w:szCs w:val="24"/>
        </w:rPr>
        <w:br/>
        <w:t xml:space="preserve">образования, обозначенными во ФГОС НОО, данная программа обеспечивает реализацию </w:t>
      </w:r>
      <w:r w:rsidRPr="001C3F6A">
        <w:rPr>
          <w:rFonts w:ascii="Times New Roman" w:hAnsi="Times New Roman" w:cs="Times New Roman"/>
          <w:sz w:val="24"/>
          <w:szCs w:val="24"/>
        </w:rPr>
        <w:br/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В курсе технологии осуществляется реализация широкого спектра межпредметных связей.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  <w:r w:rsidRPr="001C3F6A">
        <w:rPr>
          <w:rFonts w:ascii="Times New Roman" w:hAnsi="Times New Roman" w:cs="Times New Roman"/>
          <w:sz w:val="24"/>
          <w:szCs w:val="24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1C3F6A">
        <w:rPr>
          <w:rFonts w:ascii="Times New Roman" w:hAnsi="Times New Roman" w:cs="Times New Roman"/>
          <w:sz w:val="24"/>
          <w:szCs w:val="24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>Окружающий мир</w:t>
      </w:r>
      <w:r w:rsidRPr="001C3F6A">
        <w:rPr>
          <w:rFonts w:ascii="Times New Roman" w:hAnsi="Times New Roman" w:cs="Times New Roman"/>
          <w:sz w:val="24"/>
          <w:szCs w:val="24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>Родной язык</w:t>
      </w:r>
      <w:r w:rsidRPr="001C3F6A">
        <w:rPr>
          <w:rFonts w:ascii="Times New Roman" w:hAnsi="Times New Roman" w:cs="Times New Roman"/>
          <w:sz w:val="24"/>
          <w:szCs w:val="24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b/>
          <w:sz w:val="24"/>
          <w:szCs w:val="24"/>
        </w:rPr>
        <w:t>Литературное чтени</w:t>
      </w:r>
      <w:r w:rsidRPr="001C3F6A">
        <w:rPr>
          <w:rFonts w:ascii="Times New Roman" w:hAnsi="Times New Roman" w:cs="Times New Roman"/>
          <w:sz w:val="24"/>
          <w:szCs w:val="24"/>
        </w:rPr>
        <w:t>е — работа с текстами для создания образа, реализуемого в изделии.</w:t>
      </w:r>
    </w:p>
    <w:p w:rsidR="00330269" w:rsidRPr="001C3F6A" w:rsidRDefault="00330269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  <w:sectPr w:rsidR="00330269" w:rsidRPr="001C3F6A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30269" w:rsidRPr="001C3F6A" w:rsidRDefault="00CD0FF2" w:rsidP="00CD0FF2">
      <w:pPr>
        <w:pStyle w:val="a9"/>
        <w:ind w:firstLine="720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lastRenderedPageBreak/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1C3F6A">
        <w:rPr>
          <w:rFonts w:ascii="Times New Roman" w:hAnsi="Times New Roman" w:cs="Times New Roman"/>
          <w:sz w:val="24"/>
          <w:szCs w:val="24"/>
        </w:rPr>
        <w:br/>
        <w:t>материальной культуры и семейных традиций своего и других народов и уважительного отношения к ним.</w:t>
      </w:r>
    </w:p>
    <w:p w:rsidR="00330269" w:rsidRPr="001C3F6A" w:rsidRDefault="00CD0FF2" w:rsidP="00CD0FF2">
      <w:pPr>
        <w:pStyle w:val="a9"/>
        <w:ind w:firstLine="720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tab/>
      </w:r>
      <w:r w:rsidR="007954AF" w:rsidRPr="007954AF">
        <w:rPr>
          <w:rFonts w:ascii="Times New Roman" w:hAnsi="Times New Roman" w:cs="Times New Roman"/>
          <w:b/>
          <w:bCs/>
        </w:rPr>
        <w:t xml:space="preserve">2. </w:t>
      </w:r>
      <w:r w:rsidRPr="001C3F6A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«ТЕХНОЛОГИЯ»</w:t>
      </w:r>
      <w:r w:rsidRPr="001C3F6A">
        <w:br/>
      </w:r>
      <w:r w:rsidRPr="001C3F6A">
        <w:tab/>
      </w:r>
      <w:r w:rsidRPr="001C3F6A">
        <w:rPr>
          <w:rFonts w:ascii="Times New Roman" w:hAnsi="Times New Roman" w:cs="Times New Roman"/>
          <w:i/>
          <w:sz w:val="24"/>
          <w:szCs w:val="24"/>
        </w:rPr>
        <w:t xml:space="preserve">Основной целью </w:t>
      </w:r>
      <w:r w:rsidRPr="001C3F6A">
        <w:rPr>
          <w:rFonts w:ascii="Times New Roman" w:hAnsi="Times New Roman" w:cs="Times New Roman"/>
          <w:sz w:val="24"/>
          <w:szCs w:val="24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1C3F6A">
        <w:rPr>
          <w:rFonts w:ascii="Times New Roman" w:hAnsi="Times New Roman" w:cs="Times New Roman"/>
          <w:sz w:val="24"/>
          <w:szCs w:val="24"/>
        </w:rPr>
        <w:br/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i/>
          <w:sz w:val="24"/>
          <w:szCs w:val="24"/>
        </w:rPr>
        <w:t xml:space="preserve">Образовательные задачи курса: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i/>
          <w:sz w:val="24"/>
          <w:szCs w:val="24"/>
        </w:rPr>
        <w:t xml:space="preserve">Развивающие задачи: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развитие гибкости и вариативности мышления, способностей к изобретательской деятельности.</w:t>
      </w:r>
    </w:p>
    <w:p w:rsidR="00330269" w:rsidRPr="001C3F6A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i/>
          <w:sz w:val="24"/>
          <w:szCs w:val="24"/>
        </w:rPr>
        <w:t xml:space="preserve">Воспитательные задачи: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воспитание интереса и творческого отношения к продуктивной созидательной деятельности,</w:t>
      </w:r>
    </w:p>
    <w:p w:rsidR="007954AF" w:rsidRDefault="00CD0FF2" w:rsidP="00CD0FF2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мотивации успеха и достижений, стремления к творческой самореализации;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D0FF2" w:rsidRPr="00635FB6" w:rsidRDefault="007954AF" w:rsidP="00CD0FF2">
      <w:pPr>
        <w:tabs>
          <w:tab w:val="left" w:pos="284"/>
        </w:tabs>
        <w:autoSpaceDE w:val="0"/>
        <w:autoSpaceDN w:val="0"/>
        <w:spacing w:after="0" w:line="240" w:lineRule="auto"/>
        <w:ind w:left="284" w:right="62" w:firstLine="720"/>
        <w:jc w:val="both"/>
        <w:rPr>
          <w:rFonts w:ascii="Times New Roman" w:eastAsia="Times New Roman" w:hAnsi="Times New Roman"/>
          <w:color w:val="000000"/>
          <w:sz w:val="24"/>
        </w:rPr>
      </w:pPr>
      <w:r w:rsidRPr="007954A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C3F6A">
        <w:rPr>
          <w:rFonts w:ascii="Times New Roman" w:eastAsia="Times New Roman" w:hAnsi="Times New Roman"/>
          <w:b/>
          <w:color w:val="000000"/>
          <w:sz w:val="24"/>
        </w:rPr>
        <w:t xml:space="preserve">МЕСТО УЧЕБНОГО ПРЕДМЕТА «ТЕХНОЛОГИЯ» В УЧЕБНОМ ПЛАНЕ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>Согласно требованиям ФГОС общее число часов на изучение курса «Технология» в 1 классе —</w:t>
      </w:r>
      <w:r w:rsidR="00CD0FF2">
        <w:rPr>
          <w:rFonts w:ascii="Times New Roman" w:eastAsia="Times New Roman" w:hAnsi="Times New Roman"/>
          <w:color w:val="000000"/>
          <w:sz w:val="24"/>
        </w:rPr>
        <w:t>1 час в неделю, всего 33 часа, во 2-м классе- 34часа, в 3-м классе – 34 часа, в 4-м классе – 34часа.</w:t>
      </w:r>
    </w:p>
    <w:p w:rsidR="00330269" w:rsidRPr="007954AF" w:rsidRDefault="00330269" w:rsidP="00CD0FF2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B2665" w:rsidRDefault="006B2665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6B2665" w:rsidRDefault="007954AF" w:rsidP="006B2665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954AF">
        <w:rPr>
          <w:rFonts w:ascii="Times New Roman" w:eastAsia="Times New Roman" w:hAnsi="Times New Roman" w:cs="Times New Roman"/>
          <w:b/>
          <w:color w:val="000000"/>
          <w:sz w:val="24"/>
        </w:rPr>
        <w:t>4.</w:t>
      </w:r>
      <w:r w:rsidR="006B2665" w:rsidRPr="008C73A4">
        <w:rPr>
          <w:rFonts w:ascii="Times New Roman" w:eastAsia="Times New Roman" w:hAnsi="Times New Roman" w:cs="Times New Roman"/>
          <w:b/>
          <w:color w:val="000000"/>
          <w:sz w:val="24"/>
        </w:rPr>
        <w:t>УЧЕТ ПРОГРАММЫ ВОСПИТАНИЯ В ОБРАЗОВАТЕЛЬНОМ ПРОЦЕССЕ</w:t>
      </w:r>
    </w:p>
    <w:p w:rsidR="006B2665" w:rsidRPr="0010382F" w:rsidRDefault="006B2665" w:rsidP="006B2665">
      <w:pPr>
        <w:autoSpaceDE w:val="0"/>
        <w:autoSpaceDN w:val="0"/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82F">
        <w:rPr>
          <w:rFonts w:ascii="Times New Roman" w:eastAsia="Calibri" w:hAnsi="Times New Roman" w:cs="Times New Roman"/>
          <w:sz w:val="24"/>
          <w:szCs w:val="24"/>
        </w:rPr>
        <w:t>Целью школьного филологического образования является формирование у обучающегося целостной языковой картины.</w:t>
      </w:r>
    </w:p>
    <w:p w:rsidR="006B2665" w:rsidRPr="0010382F" w:rsidRDefault="006B2665" w:rsidP="006B2665">
      <w:pPr>
        <w:autoSpaceDE w:val="0"/>
        <w:autoSpaceDN w:val="0"/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82F">
        <w:rPr>
          <w:rFonts w:ascii="Times New Roman" w:eastAsia="Calibri" w:hAnsi="Times New Roman" w:cs="Times New Roman"/>
          <w:sz w:val="24"/>
          <w:szCs w:val="24"/>
        </w:rPr>
        <w:t>Изучение предметной области «</w:t>
      </w:r>
      <w:bookmarkStart w:id="1" w:name="_Hlk115714140"/>
      <w:r>
        <w:rPr>
          <w:rFonts w:ascii="Times New Roman" w:eastAsia="Calibri" w:hAnsi="Times New Roman" w:cs="Times New Roman"/>
          <w:sz w:val="24"/>
          <w:szCs w:val="24"/>
        </w:rPr>
        <w:t>Искусство</w:t>
      </w:r>
      <w:bookmarkEnd w:id="1"/>
      <w:r w:rsidRPr="0010382F">
        <w:rPr>
          <w:rFonts w:ascii="Times New Roman" w:eastAsia="Calibri" w:hAnsi="Times New Roman" w:cs="Times New Roman"/>
          <w:sz w:val="24"/>
          <w:szCs w:val="24"/>
        </w:rPr>
        <w:t>» основано на межпредметных связях с предметами: «Музыка и др.</w:t>
      </w:r>
    </w:p>
    <w:p w:rsidR="006B2665" w:rsidRPr="0010382F" w:rsidRDefault="006B2665" w:rsidP="006B2665">
      <w:pPr>
        <w:autoSpaceDE w:val="0"/>
        <w:autoSpaceDN w:val="0"/>
        <w:spacing w:after="0"/>
        <w:ind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82F">
        <w:rPr>
          <w:rFonts w:ascii="Times New Roman" w:eastAsia="Calibri" w:hAnsi="Times New Roman" w:cs="Times New Roman"/>
          <w:sz w:val="24"/>
          <w:szCs w:val="24"/>
        </w:rPr>
        <w:t>Воспитательный потенциал предметной области «</w:t>
      </w:r>
      <w:r>
        <w:rPr>
          <w:rFonts w:ascii="Times New Roman" w:eastAsia="Calibri" w:hAnsi="Times New Roman" w:cs="Times New Roman"/>
          <w:sz w:val="24"/>
          <w:szCs w:val="24"/>
        </w:rPr>
        <w:t>Искусство</w:t>
      </w:r>
      <w:r w:rsidRPr="0010382F">
        <w:rPr>
          <w:rFonts w:ascii="Times New Roman" w:eastAsia="Calibri" w:hAnsi="Times New Roman" w:cs="Times New Roman"/>
          <w:sz w:val="24"/>
          <w:szCs w:val="24"/>
        </w:rPr>
        <w:t>» в образовательной организации реализуется через:</w:t>
      </w:r>
    </w:p>
    <w:p w:rsidR="006B2665" w:rsidRPr="0010382F" w:rsidRDefault="006B2665" w:rsidP="006B266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/>
          <w:bCs/>
          <w:color w:val="000000"/>
          <w:sz w:val="24"/>
        </w:rPr>
        <w:t>Гражданско-патриотическое воспитание:</w:t>
      </w:r>
    </w:p>
    <w:p w:rsidR="006B2665" w:rsidRPr="0010382F" w:rsidRDefault="006B2665" w:rsidP="006B2665">
      <w:pPr>
        <w:numPr>
          <w:ilvl w:val="0"/>
          <w:numId w:val="11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Знающий и   любящий свою малую родину, свой край, имеющий   представление о Родине — России, её территории, расположении.</w:t>
      </w:r>
    </w:p>
    <w:p w:rsidR="006B2665" w:rsidRPr="0010382F" w:rsidRDefault="006B2665" w:rsidP="006B2665">
      <w:pPr>
        <w:numPr>
          <w:ilvl w:val="0"/>
          <w:numId w:val="11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6B2665" w:rsidRPr="0010382F" w:rsidRDefault="006B2665" w:rsidP="006B2665">
      <w:pPr>
        <w:numPr>
          <w:ilvl w:val="0"/>
          <w:numId w:val="11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6B2665" w:rsidRPr="0010382F" w:rsidRDefault="006B2665" w:rsidP="006B2665">
      <w:pPr>
        <w:numPr>
          <w:ilvl w:val="0"/>
          <w:numId w:val="11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6B2665" w:rsidRPr="0010382F" w:rsidRDefault="006B2665" w:rsidP="006B2665">
      <w:pPr>
        <w:numPr>
          <w:ilvl w:val="0"/>
          <w:numId w:val="11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6B2665" w:rsidRPr="0010382F" w:rsidRDefault="006B2665" w:rsidP="006B2665">
      <w:pPr>
        <w:numPr>
          <w:ilvl w:val="0"/>
          <w:numId w:val="12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6B2665" w:rsidRPr="0010382F" w:rsidRDefault="006B2665" w:rsidP="006B266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/>
          <w:bCs/>
          <w:color w:val="000000"/>
          <w:sz w:val="24"/>
        </w:rPr>
        <w:t>Духовно-нравственное воспитание: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Сознающий ценность каждой человеческой жизни, признающий индивидуальность и достоинство каждого человека.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B2665" w:rsidRPr="0010382F" w:rsidRDefault="006B2665" w:rsidP="006B266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/>
          <w:bCs/>
          <w:color w:val="000000"/>
          <w:sz w:val="24"/>
        </w:rPr>
        <w:t>Эстетическое воспитание: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Способный воспринимать и чувствовать прекрасное в быту, природе, искусстве, творчестве людей.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Проявляющий интерес и уважение к отечественной и мировой художественной культуре.</w:t>
      </w:r>
    </w:p>
    <w:p w:rsidR="006B2665" w:rsidRPr="0010382F" w:rsidRDefault="006B2665" w:rsidP="006B2665">
      <w:pPr>
        <w:numPr>
          <w:ilvl w:val="0"/>
          <w:numId w:val="13"/>
        </w:numPr>
        <w:autoSpaceDE w:val="0"/>
        <w:autoSpaceDN w:val="0"/>
        <w:spacing w:after="0" w:line="240" w:lineRule="auto"/>
        <w:ind w:right="-619"/>
        <w:rPr>
          <w:rFonts w:ascii="Times New Roman" w:eastAsia="Times New Roman" w:hAnsi="Times New Roman" w:cs="Times New Roman"/>
          <w:bCs/>
          <w:color w:val="000000"/>
          <w:sz w:val="24"/>
        </w:rPr>
      </w:pPr>
      <w:r w:rsidRPr="0010382F">
        <w:rPr>
          <w:rFonts w:ascii="Times New Roman" w:eastAsia="Times New Roman" w:hAnsi="Times New Roman" w:cs="Times New Roman"/>
          <w:bCs/>
          <w:color w:val="000000"/>
          <w:sz w:val="24"/>
        </w:rPr>
        <w:t>Проявляющий стремление   к   самовыражению   в   разных   видах   художественной деятельности, искусстве.</w:t>
      </w:r>
    </w:p>
    <w:p w:rsidR="00A41CC9" w:rsidRPr="006F7B31" w:rsidRDefault="00A41CC9" w:rsidP="00A41CC9">
      <w:pPr>
        <w:autoSpaceDE w:val="0"/>
        <w:autoSpaceDN w:val="0"/>
        <w:spacing w:after="0" w:line="23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7B31">
        <w:rPr>
          <w:rFonts w:ascii="Times New Roman" w:hAnsi="Times New Roman" w:cs="Times New Roman"/>
          <w:b/>
          <w:bCs/>
          <w:sz w:val="24"/>
          <w:szCs w:val="24"/>
        </w:rPr>
        <w:t>Урочная деятельность</w:t>
      </w:r>
    </w:p>
    <w:p w:rsidR="00A41CC9" w:rsidRPr="006F7B31" w:rsidRDefault="00A41CC9" w:rsidP="00A41CC9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t xml:space="preserve">установление субъект-субъектных отношений в процессе учебной деятельности через </w:t>
      </w:r>
      <w:r w:rsidRPr="006F7B31">
        <w:rPr>
          <w:rFonts w:ascii="Times New Roman" w:hAnsi="Times New Roman" w:cs="Times New Roman"/>
          <w:sz w:val="24"/>
          <w:szCs w:val="24"/>
        </w:rPr>
        <w:t>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установление сотруднических отношений в продуктивной деятельности, использование </w:t>
      </w:r>
      <w:r w:rsidRPr="006F7B31">
        <w:rPr>
          <w:rFonts w:ascii="Times New Roman" w:hAnsi="Times New Roman" w:cs="Times New Roman"/>
          <w:sz w:val="24"/>
          <w:szCs w:val="24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B31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правила внутреннего распорядка, </w:t>
      </w:r>
      <w:r w:rsidRPr="006F7B31">
        <w:rPr>
          <w:rFonts w:ascii="Times New Roman" w:hAnsi="Times New Roman" w:cs="Times New Roman"/>
          <w:sz w:val="24"/>
          <w:szCs w:val="24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B31">
        <w:rPr>
          <w:rFonts w:ascii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Pr="006F7B31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 xml:space="preserve">включение учителями в рабочие программы по всем учебным предметам, курсам, </w:t>
      </w:r>
      <w:r w:rsidRPr="006F7B31">
        <w:rPr>
          <w:rFonts w:ascii="Times New Roman" w:hAnsi="Times New Roman" w:cs="Times New Roman"/>
          <w:sz w:val="24"/>
          <w:szCs w:val="24"/>
          <w:u w:val="single"/>
        </w:rPr>
        <w:t>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41CC9" w:rsidRPr="006F7B31" w:rsidRDefault="00A41CC9" w:rsidP="00A41CC9">
      <w:pPr>
        <w:numPr>
          <w:ilvl w:val="0"/>
          <w:numId w:val="14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A41CC9" w:rsidRPr="006F7B31" w:rsidRDefault="00A41CC9" w:rsidP="00A41CC9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</w:t>
      </w:r>
      <w:r w:rsidRPr="006F7B31">
        <w:rPr>
          <w:rFonts w:ascii="Times New Roman" w:hAnsi="Times New Roman" w:cs="Times New Roman"/>
          <w:i/>
          <w:sz w:val="24"/>
          <w:szCs w:val="24"/>
        </w:rPr>
        <w:t>: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«Свеча памяти», «Час Земли», «Сад памяти» и др.);</w:t>
      </w:r>
    </w:p>
    <w:p w:rsidR="00A41CC9" w:rsidRPr="006F7B31" w:rsidRDefault="00A41CC9" w:rsidP="00A41CC9">
      <w:pPr>
        <w:numPr>
          <w:ilvl w:val="0"/>
          <w:numId w:val="16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пятиклассники, старшеклассники;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партнёров: «Школьные медиа против деструктивных сообществ», «Россия – моя история» и др.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lastRenderedPageBreak/>
        <w:t xml:space="preserve"> 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участие во Всероссийских онлайн-уроках Института изучения детства, семьи и воспитания Российской академии образования;</w:t>
      </w:r>
    </w:p>
    <w:p w:rsidR="00A41CC9" w:rsidRPr="006F7B31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через формирование творческих групп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A41CC9" w:rsidRDefault="00A41CC9" w:rsidP="00A41CC9">
      <w:pPr>
        <w:numPr>
          <w:ilvl w:val="0"/>
          <w:numId w:val="15"/>
        </w:num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31">
        <w:rPr>
          <w:rFonts w:ascii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7954AF" w:rsidRPr="006F7B31" w:rsidRDefault="007954AF" w:rsidP="007954AF">
      <w:pPr>
        <w:autoSpaceDE w:val="0"/>
        <w:autoSpaceDN w:val="0"/>
        <w:spacing w:after="0" w:line="230" w:lineRule="auto"/>
        <w:ind w:left="712"/>
        <w:jc w:val="both"/>
        <w:rPr>
          <w:rFonts w:ascii="Times New Roman" w:hAnsi="Times New Roman" w:cs="Times New Roman"/>
          <w:sz w:val="24"/>
          <w:szCs w:val="24"/>
        </w:rPr>
      </w:pPr>
    </w:p>
    <w:p w:rsidR="00330269" w:rsidRPr="007954AF" w:rsidRDefault="00CD0FF2" w:rsidP="007954AF">
      <w:pPr>
        <w:pStyle w:val="ae"/>
        <w:numPr>
          <w:ilvl w:val="0"/>
          <w:numId w:val="17"/>
        </w:numPr>
        <w:autoSpaceDE w:val="0"/>
        <w:autoSpaceDN w:val="0"/>
        <w:spacing w:after="0" w:line="230" w:lineRule="auto"/>
      </w:pPr>
      <w:r w:rsidRPr="007954AF"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CD0FF2" w:rsidRPr="00CD0FF2" w:rsidRDefault="00CD0FF2" w:rsidP="00CD0FF2">
      <w:pPr>
        <w:pStyle w:val="a9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D0FF2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1C3F6A" w:rsidRDefault="00CD0FF2" w:rsidP="001C3F6A">
      <w:pPr>
        <w:pStyle w:val="a9"/>
        <w:numPr>
          <w:ilvl w:val="0"/>
          <w:numId w:val="10"/>
        </w:numPr>
      </w:pPr>
      <w:r w:rsidRPr="001C3F6A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</w:t>
      </w:r>
    </w:p>
    <w:p w:rsidR="00330269" w:rsidRPr="001C3F6A" w:rsidRDefault="00CD0FF2" w:rsidP="001C3F6A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Природа как источник сырьевых ресурсов и творчества мастеров.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Красота и разнообразие природных форм, их передача в изделиях из различных материалов.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  <w:t>Профессии родных и знакомых. Профессии, связанные с изу- чаемыми материалами и производствами. Профессии сферы обслуживания.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Традиции и праздники народов России, ремёсла, обычаи.</w:t>
      </w:r>
    </w:p>
    <w:p w:rsidR="00330269" w:rsidRPr="001C3F6A" w:rsidRDefault="00CD0FF2" w:rsidP="001C3F6A">
      <w:pPr>
        <w:pStyle w:val="a9"/>
        <w:ind w:left="720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b/>
          <w:sz w:val="24"/>
          <w:szCs w:val="24"/>
        </w:rPr>
        <w:t>2. Технологии ручной обработки материалов</w:t>
      </w:r>
      <w:r w:rsidRPr="001C3F6A">
        <w:br/>
      </w:r>
      <w:r w:rsidRPr="001C3F6A">
        <w:rPr>
          <w:rFonts w:ascii="Times New Roman" w:hAnsi="Times New Roman" w:cs="Times New Roman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1C3F6A">
        <w:rPr>
          <w:rFonts w:ascii="Times New Roman" w:hAnsi="Times New Roman" w:cs="Times New Roman"/>
          <w:sz w:val="24"/>
          <w:szCs w:val="24"/>
        </w:rPr>
        <w:br/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Виды природных материалов (плоские — листья и объёмные — орехи, шишки, семена, ветки).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lastRenderedPageBreak/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30269" w:rsidRPr="001C3F6A" w:rsidRDefault="00CD0FF2" w:rsidP="001C3F6A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Использование дополнительных отделочных материалов.</w:t>
      </w:r>
    </w:p>
    <w:p w:rsidR="001C3F6A" w:rsidRDefault="00CD0FF2" w:rsidP="001C3F6A">
      <w:pPr>
        <w:pStyle w:val="a9"/>
        <w:numPr>
          <w:ilvl w:val="0"/>
          <w:numId w:val="10"/>
        </w:numPr>
      </w:pPr>
      <w:r w:rsidRPr="001C3F6A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</w:p>
    <w:p w:rsidR="00330269" w:rsidRPr="001C3F6A" w:rsidRDefault="00CD0FF2" w:rsidP="001C3F6A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Простые и объёмные конструкции из разных материалов (пластические массы, бумага, текстиль и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1C3F6A">
        <w:rPr>
          <w:rFonts w:ascii="Times New Roman" w:hAnsi="Times New Roman" w:cs="Times New Roman"/>
          <w:sz w:val="24"/>
          <w:szCs w:val="24"/>
        </w:rPr>
        <w:br/>
        <w:t xml:space="preserve">и результата. Элементарное прогнозирование порядка действий в зависимости от </w:t>
      </w:r>
      <w:r w:rsidRPr="001C3F6A">
        <w:rPr>
          <w:rFonts w:ascii="Times New Roman" w:hAnsi="Times New Roman" w:cs="Times New Roman"/>
          <w:sz w:val="24"/>
          <w:szCs w:val="24"/>
        </w:rPr>
        <w:br/>
        <w:t xml:space="preserve">желаемого/необходимого результата; выбор способа работы в зависимости от требуемого </w:t>
      </w:r>
      <w:r w:rsidRPr="001C3F6A">
        <w:rPr>
          <w:rFonts w:ascii="Times New Roman" w:hAnsi="Times New Roman" w:cs="Times New Roman"/>
          <w:sz w:val="24"/>
          <w:szCs w:val="24"/>
        </w:rPr>
        <w:br/>
        <w:t>результата/замысла.</w:t>
      </w:r>
    </w:p>
    <w:p w:rsidR="001C3F6A" w:rsidRDefault="00CD0FF2" w:rsidP="001C3F6A">
      <w:pPr>
        <w:pStyle w:val="a9"/>
        <w:numPr>
          <w:ilvl w:val="0"/>
          <w:numId w:val="10"/>
        </w:numPr>
      </w:pPr>
      <w:r w:rsidRPr="001C3F6A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>Демонстрация учителем готовых материалов на информационных носителях. Информация. Виды информации.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Универсальные учебные действия (пропедевтический уровень)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i/>
          <w:sz w:val="24"/>
          <w:szCs w:val="24"/>
        </w:rPr>
        <w:t xml:space="preserve">Познавательные УУД: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ориентироваться в терминах, используемых в технологии (в пределах изученного);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воспринимать и использовать предложенную инструкцию (устную, графическую);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сравнивать отдельные изделия (конструкции), находить сходство и различия в их устройстве.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i/>
          <w:sz w:val="24"/>
          <w:szCs w:val="24"/>
        </w:rPr>
        <w:t xml:space="preserve">Работа с информацией: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воспринимать информацию (представленную в объяснении учителя или в учебнике), использовать её в работе;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 УУД: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строить несложные высказывания, сообщения в устной форме (по содержанию изученных тем).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  <w:t>Р</w:t>
      </w:r>
      <w:r w:rsidRPr="001C3F6A">
        <w:rPr>
          <w:rFonts w:ascii="Times New Roman" w:hAnsi="Times New Roman" w:cs="Times New Roman"/>
          <w:b/>
          <w:i/>
          <w:sz w:val="24"/>
          <w:szCs w:val="24"/>
        </w:rPr>
        <w:t xml:space="preserve">егулятивные УУД: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принимать и удерживать в процессе деятельности предложенную учебную задачу;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выполнять несложные действия контроля и оценки по предложенным критериям.</w:t>
      </w:r>
    </w:p>
    <w:p w:rsidR="00330269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проявлять положительное отношение к включению в совместную работу, к простым видам сотрудничества;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C3F6A" w:rsidRPr="00CD0FF2" w:rsidRDefault="00CD0FF2" w:rsidP="001C3F6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CD0FF2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346" w:after="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Технологии, профессии и производства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Рукотворный мир — результат труда человека. Элементарные представления об основном принципе 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создания мира вещей: прочность конструкции, удобство использования, эстетическая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выразительность. Средства художественной выразительности (композиция, цвет, тон и др.).</w:t>
      </w:r>
    </w:p>
    <w:p w:rsidR="00CD0FF2" w:rsidRPr="00CD0FF2" w:rsidRDefault="00CD0FF2" w:rsidP="00CD0FF2">
      <w:pPr>
        <w:autoSpaceDE w:val="0"/>
        <w:autoSpaceDN w:val="0"/>
        <w:spacing w:before="70" w:after="0" w:line="283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/>
        <w:ind w:right="28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2.Технологии ручной обработки материалов 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/>
        <w:ind w:right="288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D0FF2" w:rsidRPr="00CD0FF2" w:rsidRDefault="00CD0FF2" w:rsidP="00CD0FF2">
      <w:pPr>
        <w:autoSpaceDE w:val="0"/>
        <w:autoSpaceDN w:val="0"/>
        <w:spacing w:before="70" w:after="0" w:line="281" w:lineRule="auto"/>
        <w:ind w:right="288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Использование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способов обработки материалов в зависимости от вида и назначения изделия.</w:t>
      </w:r>
    </w:p>
    <w:p w:rsidR="00CD0FF2" w:rsidRPr="00CD0FF2" w:rsidRDefault="00CD0FF2" w:rsidP="00CD0FF2">
      <w:pPr>
        <w:autoSpaceDE w:val="0"/>
        <w:autoSpaceDN w:val="0"/>
        <w:spacing w:before="70" w:after="0" w:line="271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D0FF2" w:rsidRPr="00CD0FF2" w:rsidRDefault="00CD0FF2" w:rsidP="00CD0FF2">
      <w:pPr>
        <w:autoSpaceDE w:val="0"/>
        <w:autoSpaceDN w:val="0"/>
        <w:spacing w:before="70" w:after="0" w:line="283" w:lineRule="auto"/>
        <w:ind w:right="144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Технология обработки бумаги и картона.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биговка. Подвижное соединение деталей на проволоку, толстую нитку.</w:t>
      </w:r>
    </w:p>
    <w:p w:rsidR="00CD0FF2" w:rsidRPr="00CD0FF2" w:rsidRDefault="00CD0FF2" w:rsidP="00CD0FF2">
      <w:pPr>
        <w:autoSpaceDE w:val="0"/>
        <w:autoSpaceDN w:val="0"/>
        <w:spacing w:before="70" w:after="0" w:line="286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Технология обработки текстильных материалов.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D0FF2" w:rsidRPr="00CD0FF2" w:rsidRDefault="00CD0FF2" w:rsidP="00CD0FF2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др.).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Конструирование и моделирование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D0FF2" w:rsidRPr="00CD0FF2" w:rsidRDefault="00CD0FF2" w:rsidP="00CD0FF2">
      <w:pPr>
        <w:autoSpaceDE w:val="0"/>
        <w:autoSpaceDN w:val="0"/>
        <w:spacing w:after="0" w:line="271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D0FF2" w:rsidRPr="00CD0FF2" w:rsidRDefault="00CD0FF2" w:rsidP="00CD0FF2">
      <w:pPr>
        <w:autoSpaceDE w:val="0"/>
        <w:autoSpaceDN w:val="0"/>
        <w:spacing w:before="70" w:after="0" w:line="262" w:lineRule="auto"/>
        <w:ind w:left="180" w:right="2304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Информационно-коммуникативные технологии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CD0FF2" w:rsidRPr="00CD0FF2" w:rsidRDefault="00CD0FF2" w:rsidP="00CD0FF2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CD0FF2" w:rsidRPr="00CD0FF2" w:rsidRDefault="00CD0FF2" w:rsidP="00CD0FF2">
      <w:pPr>
        <w:autoSpaceDE w:val="0"/>
        <w:autoSpaceDN w:val="0"/>
        <w:spacing w:before="190" w:after="0" w:line="286" w:lineRule="auto"/>
        <w:ind w:left="180" w:right="432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Универсальные учебные действия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Познавательные УУД: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-ориентироваться в терминах, используемых в технологии (в пределах изученного);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-выполнять работу в соответствии с образцом, инструкцией, устной или письменной;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-выполнять действия анализа и синтеза, сравнения, группировки с учётом указанных критериев; -строить рассуждения, делать умозаключения, проверять их в практической работе;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-воспроизводить порядок действий при решении учебной/практической задачи;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решение простых задач в умственной и материализованной форме.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/>
        <w:ind w:right="144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Работа с информацией: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получать информацию из учебника и других дидактических материалов, использовать её в работе; </w:t>
      </w:r>
      <w:r w:rsidRPr="00CD0FF2">
        <w:rPr>
          <w:rFonts w:ascii="Times New Roman" w:hAnsi="Times New Roman" w:cs="Times New Roman"/>
          <w:sz w:val="24"/>
          <w:szCs w:val="24"/>
        </w:rPr>
        <w:tab/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/>
        <w:ind w:right="144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81" w:lineRule="auto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Коммуникативные УУД: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правила участия в учебном диалоге: задавать вопросы, дополнять ответы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одноклассников, высказывать своё мнение; отвечать на вопросы; проявлять уважительное отношение к одноклассникам, внимание к мнению другого;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Регулятивные УУД: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и принимать учебную задачу;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организовывать свою деятельность;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предлагаемый план действий, действовать по плану;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прогнозировать необходимые действия для получения практического результата, планировать работу;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действия контроля и оценки;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советы, оценку учителя и одноклассников, стараться учитывать их в работе.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2" w:after="0" w:line="281" w:lineRule="auto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ab/>
      </w:r>
      <w:r w:rsidRPr="00CD0F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Совместная деятельность: </w:t>
      </w:r>
      <w:r w:rsidRPr="00CD0FF2">
        <w:rPr>
          <w:rFonts w:ascii="Times New Roman" w:hAnsi="Times New Roman" w:cs="Times New Roman"/>
          <w:sz w:val="24"/>
          <w:szCs w:val="24"/>
        </w:rPr>
        <w:br/>
      </w:r>
      <w:r w:rsidRPr="00CD0FF2">
        <w:rPr>
          <w:rFonts w:ascii="Times New Roman" w:hAnsi="Times New Roman" w:cs="Times New Roman"/>
          <w:sz w:val="24"/>
          <w:szCs w:val="24"/>
        </w:rPr>
        <w:tab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элементарную совместную деятельность в процессе изготовления изделий, осуществлять взаимопомощь; </w:t>
      </w:r>
      <w:r w:rsidRPr="00CD0FF2">
        <w:rPr>
          <w:rFonts w:ascii="Times New Roman" w:hAnsi="Times New Roman" w:cs="Times New Roman"/>
          <w:sz w:val="24"/>
          <w:szCs w:val="24"/>
        </w:rPr>
        <w:br/>
        <w:t>-</w:t>
      </w:r>
      <w:r w:rsidRPr="00CD0FF2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CD0FF2" w:rsidRPr="00CD0FF2" w:rsidRDefault="00CD0FF2" w:rsidP="001C3F6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CD0FF2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CD0FF2" w:rsidRPr="00CD0FF2" w:rsidRDefault="00CD0FF2" w:rsidP="00CD0FF2">
      <w:pPr>
        <w:pStyle w:val="ae"/>
        <w:widowControl w:val="0"/>
        <w:numPr>
          <w:ilvl w:val="0"/>
          <w:numId w:val="20"/>
        </w:numPr>
        <w:tabs>
          <w:tab w:val="left" w:pos="527"/>
        </w:tabs>
        <w:autoSpaceDE w:val="0"/>
        <w:autoSpaceDN w:val="0"/>
        <w:spacing w:before="179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D0FF2">
        <w:rPr>
          <w:rFonts w:ascii="Times New Roman" w:hAnsi="Times New Roman" w:cs="Times New Roman"/>
          <w:b/>
          <w:sz w:val="24"/>
          <w:szCs w:val="24"/>
        </w:rPr>
        <w:t>Технологии,</w:t>
      </w:r>
      <w:r w:rsidRPr="00CD0FF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профессии</w:t>
      </w:r>
      <w:r w:rsidRPr="00CD0FF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и</w:t>
      </w:r>
      <w:r w:rsidRPr="00CD0FF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производства</w:t>
      </w:r>
    </w:p>
    <w:p w:rsidR="00CD0FF2" w:rsidRPr="00CD0FF2" w:rsidRDefault="00CD0FF2" w:rsidP="00CD0FF2">
      <w:pPr>
        <w:pStyle w:val="af"/>
        <w:spacing w:before="60" w:line="292" w:lineRule="auto"/>
        <w:ind w:right="1172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Непрерывность процесса деятельностного освоения мира человеком и создания культуры.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Материальные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духовные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потребности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человека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как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движущие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силы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прогресса.</w:t>
      </w:r>
    </w:p>
    <w:p w:rsidR="00CD0FF2" w:rsidRPr="00CD0FF2" w:rsidRDefault="00CD0FF2" w:rsidP="00CD0FF2">
      <w:pPr>
        <w:pStyle w:val="af"/>
        <w:spacing w:line="292" w:lineRule="auto"/>
        <w:ind w:right="208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Разнообразие творческой трудовой деятельности в современных условиях. Разнообразие предметов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рукотворного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мира: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архитектура,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техника,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предметы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быта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декоративно-прикладного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искусства.</w:t>
      </w:r>
    </w:p>
    <w:p w:rsidR="00CD0FF2" w:rsidRPr="00CD0FF2" w:rsidRDefault="00CD0FF2" w:rsidP="00CD0FF2">
      <w:pPr>
        <w:pStyle w:val="af"/>
        <w:spacing w:line="292" w:lineRule="auto"/>
        <w:ind w:right="1184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lastRenderedPageBreak/>
        <w:t>Современные производства и профессии, связанные с обработкой материалов, аналогичных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используемым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на уроках технологии.</w:t>
      </w:r>
    </w:p>
    <w:p w:rsidR="00CD0FF2" w:rsidRPr="00CD0FF2" w:rsidRDefault="00CD0FF2" w:rsidP="00CD0FF2">
      <w:pPr>
        <w:pStyle w:val="af"/>
        <w:spacing w:line="292" w:lineRule="auto"/>
        <w:ind w:right="281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Общие правила создания предметов рукотворного мира: соответствие формы, размеров, материала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 внешнего оформления изделия его назначению. Стилевая гармония в предметном ансамбле;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гармония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предметной и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окружающей среды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(общее представление).</w:t>
      </w:r>
    </w:p>
    <w:p w:rsidR="00CD0FF2" w:rsidRPr="00CD0FF2" w:rsidRDefault="00CD0FF2" w:rsidP="00CD0FF2">
      <w:pPr>
        <w:pStyle w:val="af"/>
        <w:spacing w:line="292" w:lineRule="auto"/>
        <w:ind w:right="182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Мир современной техники. Информационно-коммуникационные технологии в жизни современного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человека.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Решение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человеком</w:t>
      </w:r>
      <w:r w:rsidRPr="00CD0F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инженерных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задач на</w:t>
      </w:r>
      <w:r w:rsidRPr="00CD0F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основе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изучения природных</w:t>
      </w:r>
      <w:r w:rsidRPr="00CD0FF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законов —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жёсткость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конструкции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(трубчатые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сооружения,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треугольник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как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устойчивая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геометрическая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форма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др.).</w:t>
      </w:r>
    </w:p>
    <w:p w:rsidR="00CD0FF2" w:rsidRPr="00CD0FF2" w:rsidRDefault="00CD0FF2" w:rsidP="00CD0FF2">
      <w:pPr>
        <w:pStyle w:val="af"/>
        <w:spacing w:line="292" w:lineRule="auto"/>
        <w:ind w:right="828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Бережное и внимательное отношение к природе как источнику сырьевых ресурсов и идей для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технологий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будущего.</w:t>
      </w:r>
    </w:p>
    <w:p w:rsidR="00CD0FF2" w:rsidRPr="00CD0FF2" w:rsidRDefault="00CD0FF2" w:rsidP="00CD0FF2">
      <w:pPr>
        <w:pStyle w:val="af"/>
        <w:spacing w:line="292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Элементарная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творческая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проектная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деятельность.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Коллективные,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групповые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индивидуальные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проекты в рамках изучаемой тематики. Совместная работа в малых группах, осуществление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сотрудничества; распределение работы, выполнение социальных ролей (руководитель/лидер и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подчинённый).</w:t>
      </w:r>
    </w:p>
    <w:p w:rsidR="00CD0FF2" w:rsidRPr="00CD0FF2" w:rsidRDefault="00CD0FF2" w:rsidP="00CD0FF2">
      <w:pPr>
        <w:pStyle w:val="110"/>
        <w:numPr>
          <w:ilvl w:val="0"/>
          <w:numId w:val="20"/>
        </w:numPr>
        <w:tabs>
          <w:tab w:val="left" w:pos="527"/>
        </w:tabs>
        <w:spacing w:before="109"/>
      </w:pPr>
      <w:r w:rsidRPr="00CD0FF2">
        <w:t>Технологии</w:t>
      </w:r>
      <w:r w:rsidRPr="00CD0FF2">
        <w:rPr>
          <w:spacing w:val="-6"/>
        </w:rPr>
        <w:t xml:space="preserve"> </w:t>
      </w:r>
      <w:r w:rsidRPr="00CD0FF2">
        <w:t>ручной</w:t>
      </w:r>
      <w:r w:rsidRPr="00CD0FF2">
        <w:rPr>
          <w:spacing w:val="-5"/>
        </w:rPr>
        <w:t xml:space="preserve"> </w:t>
      </w:r>
      <w:r w:rsidRPr="00CD0FF2">
        <w:t>обработки</w:t>
      </w:r>
      <w:r w:rsidRPr="00CD0FF2">
        <w:rPr>
          <w:spacing w:val="-5"/>
        </w:rPr>
        <w:t xml:space="preserve"> </w:t>
      </w:r>
      <w:r w:rsidRPr="00CD0FF2">
        <w:t>материалов</w:t>
      </w:r>
    </w:p>
    <w:p w:rsidR="00CD0FF2" w:rsidRPr="00CD0FF2" w:rsidRDefault="00CD0FF2" w:rsidP="00CD0FF2">
      <w:pPr>
        <w:pStyle w:val="af"/>
        <w:spacing w:before="60" w:line="292" w:lineRule="auto"/>
        <w:ind w:right="208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Некоторые (доступные в обработке) виды искусственных и синтетических материалов.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Разнообразие технологий и способов обработки материалов в различных видах изделий;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сравнительный анализ технологий при использовании того или иного материала (например,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аппликация из бумаги и ткани, коллаж и др.). Выбор материалов по их декоративно-художественным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 технологическим свойствам, использование соответствующих способов обработки материалов в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зависимости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от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назначения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изделия.</w:t>
      </w:r>
    </w:p>
    <w:p w:rsidR="00CD0FF2" w:rsidRPr="00CD0FF2" w:rsidRDefault="00CD0FF2" w:rsidP="00CD0FF2">
      <w:pPr>
        <w:pStyle w:val="af"/>
        <w:spacing w:line="292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Инструменты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приспособления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(циркуль,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угольник,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канцелярский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нож,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шило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др.);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называние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выполнение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приёмов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их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рационального и безопасного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использования.</w:t>
      </w:r>
    </w:p>
    <w:p w:rsidR="00CD0FF2" w:rsidRPr="00CD0FF2" w:rsidRDefault="00CD0FF2" w:rsidP="00CD0FF2">
      <w:pPr>
        <w:pStyle w:val="af"/>
        <w:spacing w:line="292" w:lineRule="auto"/>
        <w:ind w:right="175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Углубление общих представлений о технологическом процессе (анализ устройства и назначения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изделия; выстраивание последовательности практических действий и технологических операций;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подбор материалов и инструментов; экономная разметка материалов; обработка с целью получения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деталей, сборка, отделка изделия; проверка изделия в действии, внесение необходимых дополнений и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изменений). Рицовка. Изготовление объёмных изделий из развёрток. Преобразование развёрток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несложных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форм.</w:t>
      </w:r>
    </w:p>
    <w:p w:rsidR="00CD0FF2" w:rsidRPr="00CD0FF2" w:rsidRDefault="00CD0FF2" w:rsidP="00CD0FF2">
      <w:pPr>
        <w:pStyle w:val="af"/>
        <w:spacing w:line="292" w:lineRule="auto"/>
        <w:ind w:right="148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Технология обработки бумаги и картона. Виды картона (гофрированный, толстый, тонкий, цветной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др.).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Чтение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построение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простого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чертежа/эскиза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развёртки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изделия.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Разметка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деталей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опорой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на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простейший чертёж, эскиз. Решение задач на внесение необходимых дополнений и изменений в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схему,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чертёж,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эскиз. Выполнение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измерений,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расчётов,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несложных построений.</w:t>
      </w:r>
    </w:p>
    <w:p w:rsidR="00CD0FF2" w:rsidRPr="00CD0FF2" w:rsidRDefault="00CD0FF2" w:rsidP="00CD0FF2">
      <w:pPr>
        <w:pStyle w:val="af"/>
        <w:spacing w:line="274" w:lineRule="exact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Выполнение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рицовки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на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картоне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помощью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канцелярского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ножа,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выполнение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отверстий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шилом.</w:t>
      </w:r>
    </w:p>
    <w:p w:rsidR="00CD0FF2" w:rsidRPr="00CD0FF2" w:rsidRDefault="00CD0FF2" w:rsidP="00CD0FF2">
      <w:pPr>
        <w:pStyle w:val="af"/>
        <w:spacing w:before="51" w:line="292" w:lineRule="auto"/>
        <w:ind w:right="263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Технология обработки текстильных материалов. Использование трикотажа и нетканых материалов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для изготовления изделий. Использование вариантов строчки косого стежка (крестик, стебельчатая и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др.)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и/или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петельной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строчки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для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соединения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деталей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изделия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отделки.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Пришивание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пуговиц</w:t>
      </w:r>
    </w:p>
    <w:p w:rsidR="00CD0FF2" w:rsidRPr="00CD0FF2" w:rsidRDefault="00CD0FF2" w:rsidP="00CD0FF2">
      <w:pPr>
        <w:pStyle w:val="af"/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(с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двумя-четырьмя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отверстиями).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Изготовление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швейных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изделий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нескольких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деталей.</w:t>
      </w:r>
    </w:p>
    <w:p w:rsidR="00CD0FF2" w:rsidRPr="00CD0FF2" w:rsidRDefault="00CD0FF2" w:rsidP="00CD0FF2">
      <w:pPr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  <w:sectPr w:rsidR="00CD0FF2" w:rsidRPr="00CD0FF2">
          <w:pgSz w:w="11900" w:h="16840"/>
          <w:pgMar w:top="520" w:right="560" w:bottom="280" w:left="560" w:header="720" w:footer="720" w:gutter="0"/>
          <w:cols w:space="720"/>
        </w:sectPr>
      </w:pPr>
    </w:p>
    <w:p w:rsidR="00CD0FF2" w:rsidRPr="00CD0FF2" w:rsidRDefault="00CD0FF2" w:rsidP="00CD0FF2">
      <w:pPr>
        <w:pStyle w:val="af"/>
        <w:spacing w:before="66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lastRenderedPageBreak/>
        <w:t>Использование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дополнительных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материалов.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Комбинирование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разных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материалов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одном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изделии.</w:t>
      </w:r>
    </w:p>
    <w:p w:rsidR="00CD0FF2" w:rsidRPr="00CD0FF2" w:rsidRDefault="00CD0FF2" w:rsidP="00CD0FF2">
      <w:pPr>
        <w:pStyle w:val="110"/>
        <w:numPr>
          <w:ilvl w:val="0"/>
          <w:numId w:val="20"/>
        </w:numPr>
        <w:tabs>
          <w:tab w:val="left" w:pos="527"/>
        </w:tabs>
        <w:spacing w:before="180"/>
      </w:pPr>
      <w:r w:rsidRPr="00CD0FF2">
        <w:t>Конструирование</w:t>
      </w:r>
      <w:r w:rsidRPr="00CD0FF2">
        <w:rPr>
          <w:spacing w:val="-6"/>
        </w:rPr>
        <w:t xml:space="preserve"> </w:t>
      </w:r>
      <w:r w:rsidRPr="00CD0FF2">
        <w:t>и</w:t>
      </w:r>
      <w:r w:rsidRPr="00CD0FF2">
        <w:rPr>
          <w:spacing w:val="-7"/>
        </w:rPr>
        <w:t xml:space="preserve"> </w:t>
      </w:r>
      <w:r w:rsidRPr="00CD0FF2">
        <w:t>моделирование</w:t>
      </w:r>
    </w:p>
    <w:p w:rsidR="00CD0FF2" w:rsidRPr="00CD0FF2" w:rsidRDefault="00CD0FF2" w:rsidP="00CD0FF2">
      <w:pPr>
        <w:pStyle w:val="af"/>
        <w:spacing w:before="60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Конструирование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моделирование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изделий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различных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материалов,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том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числе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наборов</w:t>
      </w:r>
    </w:p>
    <w:p w:rsidR="00CD0FF2" w:rsidRPr="00CD0FF2" w:rsidRDefault="00CD0FF2" w:rsidP="00CD0FF2">
      <w:pPr>
        <w:pStyle w:val="af"/>
        <w:spacing w:before="60" w:line="292" w:lineRule="auto"/>
        <w:ind w:right="201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«Конструктор» по заданным условиям (технико-технологическим, функциональным, декоративно-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художественным). Способы подвижного и неподвижного соединения деталей набора «Конструктор»,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их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использование в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изделиях;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жёсткость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 устойчивость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конструкции.</w:t>
      </w:r>
    </w:p>
    <w:p w:rsidR="00CD0FF2" w:rsidRPr="00CD0FF2" w:rsidRDefault="00CD0FF2" w:rsidP="00CD0FF2">
      <w:pPr>
        <w:pStyle w:val="af"/>
        <w:spacing w:line="292" w:lineRule="auto"/>
        <w:ind w:right="166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Создание простых макетов и моделей архитектурных сооружений, технических устройств, бытовых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конструкций. Выполнение заданий на доработку конструкций (отдельных узлов, соединений) с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учётом дополнительных условий (требований). Использование измерений и построений для решения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практических задач. Решение задач на мысленную трансформацию трёхмерной конструкции в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развёртку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(и наоборот).</w:t>
      </w:r>
    </w:p>
    <w:p w:rsidR="00CD0FF2" w:rsidRPr="00CD0FF2" w:rsidRDefault="00CD0FF2" w:rsidP="00CD0FF2">
      <w:pPr>
        <w:pStyle w:val="110"/>
        <w:numPr>
          <w:ilvl w:val="0"/>
          <w:numId w:val="20"/>
        </w:numPr>
        <w:tabs>
          <w:tab w:val="left" w:pos="527"/>
        </w:tabs>
        <w:spacing w:before="115"/>
      </w:pPr>
      <w:r w:rsidRPr="00CD0FF2">
        <w:t>Информационно-коммуникативные</w:t>
      </w:r>
      <w:r w:rsidRPr="00CD0FF2">
        <w:rPr>
          <w:spacing w:val="-12"/>
        </w:rPr>
        <w:t xml:space="preserve"> </w:t>
      </w:r>
      <w:r w:rsidRPr="00CD0FF2">
        <w:t>технологии</w:t>
      </w:r>
    </w:p>
    <w:p w:rsidR="00CD0FF2" w:rsidRPr="00CD0FF2" w:rsidRDefault="00CD0FF2" w:rsidP="00CD0FF2">
      <w:pPr>
        <w:pStyle w:val="af"/>
        <w:spacing w:before="60" w:line="292" w:lineRule="auto"/>
        <w:ind w:right="246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Информационная среда, основные источники (органы восприятия) информации, получаемой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человеком. Сохранение и передача информации. Информационные технологии. Источники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информации, используемые человеком в быту: телевидение, радио, печатные издания, персональный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компьютер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 др.</w:t>
      </w:r>
    </w:p>
    <w:p w:rsidR="00CD0FF2" w:rsidRPr="00CD0FF2" w:rsidRDefault="00CD0FF2" w:rsidP="00CD0FF2">
      <w:pPr>
        <w:pStyle w:val="af"/>
        <w:spacing w:line="292" w:lineRule="auto"/>
        <w:ind w:right="320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Современный информационный мир. Персональный компьютер (ПК) и его назначение. Правила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пользования ПК для сохранения здоровья. Назначение основных устройств компьютера для ввода,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вывода и обработки информации. Работа с доступной информацией (книги, музеи, беседы (мастер-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классы) с мастерами, Интернет[1], видео, DVD). Работа с текстовым редактором Microsoft Word или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другим.</w:t>
      </w:r>
    </w:p>
    <w:p w:rsidR="00CD0FF2" w:rsidRPr="00CD0FF2" w:rsidRDefault="00CD0FF2" w:rsidP="00CD0FF2">
      <w:pPr>
        <w:pStyle w:val="110"/>
        <w:spacing w:before="115"/>
      </w:pPr>
      <w:r w:rsidRPr="00CD0FF2">
        <w:t>Универсальные</w:t>
      </w:r>
      <w:r w:rsidRPr="00CD0FF2">
        <w:rPr>
          <w:spacing w:val="-7"/>
        </w:rPr>
        <w:t xml:space="preserve"> </w:t>
      </w:r>
      <w:r w:rsidRPr="00CD0FF2">
        <w:t>учебные</w:t>
      </w:r>
      <w:r w:rsidRPr="00CD0FF2">
        <w:rPr>
          <w:spacing w:val="-7"/>
        </w:rPr>
        <w:t xml:space="preserve"> </w:t>
      </w:r>
      <w:r w:rsidRPr="00CD0FF2">
        <w:t>действия</w:t>
      </w:r>
    </w:p>
    <w:p w:rsidR="00CD0FF2" w:rsidRPr="00CD0FF2" w:rsidRDefault="00CD0FF2" w:rsidP="00CD0FF2">
      <w:pPr>
        <w:spacing w:before="60"/>
        <w:ind w:left="286"/>
        <w:rPr>
          <w:rFonts w:ascii="Times New Roman" w:hAnsi="Times New Roman" w:cs="Times New Roman"/>
          <w:b/>
          <w:i/>
          <w:sz w:val="24"/>
          <w:szCs w:val="24"/>
        </w:rPr>
      </w:pPr>
      <w:r w:rsidRPr="00CD0FF2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Pr="00CD0FF2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i/>
          <w:sz w:val="24"/>
          <w:szCs w:val="24"/>
        </w:rPr>
        <w:t>УУД:</w:t>
      </w:r>
    </w:p>
    <w:p w:rsidR="00CD0FF2" w:rsidRPr="00CD0FF2" w:rsidRDefault="00CD0FF2" w:rsidP="00CD0FF2">
      <w:pPr>
        <w:pStyle w:val="af"/>
        <w:spacing w:before="60" w:line="292" w:lineRule="auto"/>
        <w:ind w:right="338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высказываниях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(в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пределах изученного);</w:t>
      </w:r>
    </w:p>
    <w:p w:rsidR="00CD0FF2" w:rsidRPr="00CD0FF2" w:rsidRDefault="00CD0FF2" w:rsidP="00CD0FF2">
      <w:pPr>
        <w:pStyle w:val="af"/>
        <w:spacing w:line="292" w:lineRule="auto"/>
        <w:ind w:right="760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осуществлять анализ предложенных образцов с выделением существенных и несущественных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признаков;</w:t>
      </w:r>
    </w:p>
    <w:p w:rsidR="00CD0FF2" w:rsidRPr="00CD0FF2" w:rsidRDefault="00CD0FF2" w:rsidP="00CD0FF2">
      <w:pPr>
        <w:pStyle w:val="af"/>
        <w:spacing w:line="292" w:lineRule="auto"/>
        <w:ind w:right="794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письменной, а также графически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представленной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схеме, таблице;</w:t>
      </w:r>
    </w:p>
    <w:p w:rsidR="00CD0FF2" w:rsidRPr="00CD0FF2" w:rsidRDefault="00CD0FF2" w:rsidP="00CD0FF2">
      <w:pPr>
        <w:pStyle w:val="af"/>
        <w:spacing w:line="292" w:lineRule="auto"/>
        <w:ind w:left="286" w:right="95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определять способы доработки конструкций с учётом предложенных условий;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классифицировать</w:t>
      </w:r>
      <w:r w:rsidRPr="00CD0F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изделия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самостоятельно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предложенному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существенному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признаку</w:t>
      </w:r>
    </w:p>
    <w:p w:rsidR="00CD0FF2" w:rsidRPr="00CD0FF2" w:rsidRDefault="00CD0FF2" w:rsidP="00CD0FF2">
      <w:pPr>
        <w:pStyle w:val="af"/>
        <w:spacing w:line="292" w:lineRule="auto"/>
        <w:ind w:left="286" w:right="2847" w:hanging="181"/>
        <w:rPr>
          <w:rFonts w:ascii="Times New Roman" w:hAnsi="Times New Roman" w:cs="Times New Roman"/>
          <w:i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(используемый материал, форма, размер, назначение, способ сборки);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читать и воспроизводить простой чертёж/эскиз развёртки изделия;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восстанавливать</w:t>
      </w:r>
      <w:r w:rsidRPr="00CD0FF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нарушенную</w:t>
      </w:r>
      <w:r w:rsidRPr="00CD0FF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последовательность</w:t>
      </w:r>
      <w:r w:rsidRPr="00CD0FF2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Pr="00CD0F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sz w:val="24"/>
          <w:szCs w:val="24"/>
        </w:rPr>
        <w:t>изделия.</w:t>
      </w:r>
      <w:r w:rsidRPr="00CD0FF2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i/>
          <w:sz w:val="24"/>
          <w:szCs w:val="24"/>
        </w:rPr>
        <w:t>Работа</w:t>
      </w:r>
      <w:r w:rsidRPr="00CD0FF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i/>
          <w:sz w:val="24"/>
          <w:szCs w:val="24"/>
        </w:rPr>
        <w:t>с информацией:</w:t>
      </w:r>
    </w:p>
    <w:p w:rsidR="00CD0FF2" w:rsidRPr="00CD0FF2" w:rsidRDefault="00CD0FF2" w:rsidP="00CD0FF2">
      <w:pPr>
        <w:pStyle w:val="af"/>
        <w:spacing w:line="292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анализировать</w:t>
      </w:r>
      <w:r w:rsidRPr="00CD0FF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использовать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знаково-символические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средства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представления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информации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для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создания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моделей и макетов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изучаемых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объектов;</w:t>
      </w:r>
    </w:p>
    <w:p w:rsidR="00CD0FF2" w:rsidRPr="00CD0FF2" w:rsidRDefault="00CD0FF2" w:rsidP="00CD0FF2">
      <w:pPr>
        <w:pStyle w:val="af"/>
        <w:spacing w:line="292" w:lineRule="auto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осуществлять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поиск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необходимой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информации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для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выполнения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учебных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заданий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использованием</w:t>
      </w:r>
    </w:p>
    <w:p w:rsidR="00CD0FF2" w:rsidRPr="00CD0FF2" w:rsidRDefault="00CD0FF2" w:rsidP="00CD0FF2">
      <w:pPr>
        <w:pStyle w:val="af"/>
        <w:spacing w:line="275" w:lineRule="exact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учебной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литературы;</w:t>
      </w:r>
    </w:p>
    <w:p w:rsidR="00CD0FF2" w:rsidRPr="00CD0FF2" w:rsidRDefault="00CD0FF2" w:rsidP="00CD0FF2">
      <w:pPr>
        <w:pStyle w:val="af"/>
        <w:spacing w:before="52" w:line="292" w:lineRule="auto"/>
        <w:ind w:right="586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lastRenderedPageBreak/>
        <w:t>использовать средства информационно-коммуникационных технологий для решения учебных и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практических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задач,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том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числе Интернет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под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руководством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учителя.</w:t>
      </w:r>
    </w:p>
    <w:p w:rsidR="00CD0FF2" w:rsidRPr="00CD0FF2" w:rsidRDefault="00CD0FF2" w:rsidP="00CD0FF2">
      <w:pPr>
        <w:spacing w:line="275" w:lineRule="exact"/>
        <w:ind w:left="286"/>
        <w:rPr>
          <w:rFonts w:ascii="Times New Roman" w:hAnsi="Times New Roman" w:cs="Times New Roman"/>
          <w:b/>
          <w:i/>
          <w:sz w:val="24"/>
          <w:szCs w:val="24"/>
        </w:rPr>
      </w:pPr>
      <w:r w:rsidRPr="00CD0FF2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Pr="00CD0FF2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i/>
          <w:sz w:val="24"/>
          <w:szCs w:val="24"/>
        </w:rPr>
        <w:t>УУД:</w:t>
      </w:r>
    </w:p>
    <w:p w:rsidR="00CD0FF2" w:rsidRPr="00CD0FF2" w:rsidRDefault="00CD0FF2" w:rsidP="00CD0FF2">
      <w:pPr>
        <w:pStyle w:val="af"/>
        <w:spacing w:before="60" w:line="292" w:lineRule="auto"/>
        <w:ind w:left="286" w:right="748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коммуникации;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строить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рассуждения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форме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связи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простых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суждений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об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объекте,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его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строении,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свойствах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</w:p>
    <w:p w:rsidR="00CD0FF2" w:rsidRPr="00CD0FF2" w:rsidRDefault="00CD0FF2" w:rsidP="00CD0FF2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CD0FF2" w:rsidRPr="00CD0FF2">
          <w:pgSz w:w="11900" w:h="16840"/>
          <w:pgMar w:top="520" w:right="560" w:bottom="280" w:left="560" w:header="720" w:footer="720" w:gutter="0"/>
          <w:cols w:space="720"/>
        </w:sectPr>
      </w:pPr>
    </w:p>
    <w:p w:rsidR="00CD0FF2" w:rsidRPr="00CD0FF2" w:rsidRDefault="00CD0FF2" w:rsidP="00CD0FF2">
      <w:pPr>
        <w:pStyle w:val="af"/>
        <w:spacing w:before="62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lastRenderedPageBreak/>
        <w:t>способах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создания;</w:t>
      </w:r>
    </w:p>
    <w:p w:rsidR="00CD0FF2" w:rsidRPr="00CD0FF2" w:rsidRDefault="00CD0FF2" w:rsidP="00CD0FF2">
      <w:pPr>
        <w:pStyle w:val="af"/>
        <w:spacing w:before="60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описывать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предметы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рукотворного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мира,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оценивать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их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достоинства;</w:t>
      </w:r>
    </w:p>
    <w:p w:rsidR="00CD0FF2" w:rsidRPr="00CD0FF2" w:rsidRDefault="00CD0FF2" w:rsidP="00CD0FF2">
      <w:pPr>
        <w:pStyle w:val="af"/>
        <w:spacing w:before="60" w:line="292" w:lineRule="auto"/>
        <w:ind w:right="602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формулировать собственное мнение, аргументировать выбор вариантов и способов выполнения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задания.</w:t>
      </w:r>
    </w:p>
    <w:p w:rsidR="00CD0FF2" w:rsidRPr="00CD0FF2" w:rsidRDefault="00CD0FF2" w:rsidP="00CD0FF2">
      <w:pPr>
        <w:spacing w:line="275" w:lineRule="exact"/>
        <w:ind w:left="286"/>
        <w:rPr>
          <w:rFonts w:ascii="Times New Roman" w:hAnsi="Times New Roman" w:cs="Times New Roman"/>
          <w:b/>
          <w:i/>
          <w:sz w:val="24"/>
          <w:szCs w:val="24"/>
        </w:rPr>
      </w:pPr>
      <w:r w:rsidRPr="00CD0FF2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  <w:r w:rsidRPr="00CD0FF2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i/>
          <w:sz w:val="24"/>
          <w:szCs w:val="24"/>
        </w:rPr>
        <w:t>УУД:</w:t>
      </w:r>
    </w:p>
    <w:p w:rsidR="00CD0FF2" w:rsidRPr="00CD0FF2" w:rsidRDefault="00CD0FF2" w:rsidP="00CD0FF2">
      <w:pPr>
        <w:pStyle w:val="af"/>
        <w:spacing w:before="60" w:line="292" w:lineRule="auto"/>
        <w:ind w:left="286" w:right="257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принимать и сохранять учебную задачу, осуществлять поиск средств для её решения;</w:t>
      </w:r>
      <w:r w:rsidRPr="00CD0F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прогнозировать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необходимые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действия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для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получения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практического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результата,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предлагать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план</w:t>
      </w:r>
    </w:p>
    <w:p w:rsidR="00CD0FF2" w:rsidRPr="00CD0FF2" w:rsidRDefault="00CD0FF2" w:rsidP="00CD0FF2">
      <w:pPr>
        <w:pStyle w:val="af"/>
        <w:spacing w:line="275" w:lineRule="exact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действий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соответствии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поставленной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задачей,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действовать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плану;</w:t>
      </w:r>
    </w:p>
    <w:p w:rsidR="00CD0FF2" w:rsidRPr="00CD0FF2" w:rsidRDefault="00CD0FF2" w:rsidP="00CD0FF2">
      <w:pPr>
        <w:pStyle w:val="af"/>
        <w:spacing w:before="60" w:line="292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выполнять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действия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контроля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оценки;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выявлять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ошибки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недочёты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результатам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работы,</w:t>
      </w:r>
      <w:r w:rsidRPr="00CD0F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устанавливать</w:t>
      </w:r>
      <w:r w:rsidRPr="00CD0F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их причины и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искать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способы устранения;</w:t>
      </w:r>
    </w:p>
    <w:p w:rsidR="00CD0FF2" w:rsidRPr="00CD0FF2" w:rsidRDefault="00CD0FF2" w:rsidP="00CD0FF2">
      <w:pPr>
        <w:pStyle w:val="af"/>
        <w:spacing w:line="275" w:lineRule="exact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проявлять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волевую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саморегуляцию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выполнении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задания.</w:t>
      </w:r>
    </w:p>
    <w:p w:rsidR="00CD0FF2" w:rsidRPr="00CD0FF2" w:rsidRDefault="00CD0FF2" w:rsidP="00CD0FF2">
      <w:pPr>
        <w:spacing w:before="60"/>
        <w:ind w:left="286"/>
        <w:rPr>
          <w:rFonts w:ascii="Times New Roman" w:hAnsi="Times New Roman" w:cs="Times New Roman"/>
          <w:b/>
          <w:i/>
          <w:sz w:val="24"/>
          <w:szCs w:val="24"/>
        </w:rPr>
      </w:pPr>
      <w:r w:rsidRPr="00CD0FF2">
        <w:rPr>
          <w:rFonts w:ascii="Times New Roman" w:hAnsi="Times New Roman" w:cs="Times New Roman"/>
          <w:b/>
          <w:i/>
          <w:sz w:val="24"/>
          <w:szCs w:val="24"/>
        </w:rPr>
        <w:t>Совместная</w:t>
      </w:r>
      <w:r w:rsidRPr="00CD0FF2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b/>
          <w:i/>
          <w:sz w:val="24"/>
          <w:szCs w:val="24"/>
        </w:rPr>
        <w:t>деятельность:</w:t>
      </w:r>
    </w:p>
    <w:p w:rsidR="00CD0FF2" w:rsidRPr="00CD0FF2" w:rsidRDefault="00CD0FF2" w:rsidP="00CD0FF2">
      <w:pPr>
        <w:pStyle w:val="af"/>
        <w:spacing w:before="60" w:line="292" w:lineRule="auto"/>
        <w:ind w:right="697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выбирать себе партнёров по совместной деятельности не только по симпатии, но и по деловым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качествам;</w:t>
      </w:r>
    </w:p>
    <w:p w:rsidR="00CD0FF2" w:rsidRPr="00CD0FF2" w:rsidRDefault="00CD0FF2" w:rsidP="00CD0FF2">
      <w:pPr>
        <w:pStyle w:val="af"/>
        <w:spacing w:line="292" w:lineRule="auto"/>
        <w:ind w:right="789" w:firstLine="180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справедливо распределять работу, договариваться, приходить к общему решению, отвечать за</w:t>
      </w:r>
      <w:r w:rsidRPr="00CD0FF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общий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результат</w:t>
      </w:r>
      <w:r w:rsidRPr="00CD0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работы;</w:t>
      </w:r>
    </w:p>
    <w:p w:rsidR="00CD0FF2" w:rsidRPr="00CD0FF2" w:rsidRDefault="00CD0FF2" w:rsidP="00CD0FF2">
      <w:pPr>
        <w:pStyle w:val="af"/>
        <w:spacing w:line="275" w:lineRule="exact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выполнять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роли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лидера,</w:t>
      </w:r>
      <w:r w:rsidRPr="00CD0F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подчинённого,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соблюдать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равноправие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дружелюбие;</w:t>
      </w:r>
    </w:p>
    <w:p w:rsidR="00CD0FF2" w:rsidRPr="00CD0FF2" w:rsidRDefault="00CD0FF2" w:rsidP="00CD0FF2">
      <w:pPr>
        <w:pStyle w:val="af"/>
        <w:spacing w:before="59"/>
        <w:ind w:left="286"/>
        <w:rPr>
          <w:rFonts w:ascii="Times New Roman" w:hAnsi="Times New Roman" w:cs="Times New Roman"/>
          <w:sz w:val="24"/>
          <w:szCs w:val="24"/>
        </w:rPr>
      </w:pPr>
      <w:r w:rsidRPr="00CD0FF2">
        <w:rPr>
          <w:rFonts w:ascii="Times New Roman" w:hAnsi="Times New Roman" w:cs="Times New Roman"/>
          <w:sz w:val="24"/>
          <w:szCs w:val="24"/>
        </w:rPr>
        <w:t>осуществлять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взаимопомощь,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проявлять</w:t>
      </w:r>
      <w:r w:rsidRPr="00CD0FF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при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выполнении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своей</w:t>
      </w:r>
      <w:r w:rsidRPr="00CD0F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части</w:t>
      </w:r>
      <w:r w:rsidRPr="00CD0F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D0FF2">
        <w:rPr>
          <w:rFonts w:ascii="Times New Roman" w:hAnsi="Times New Roman" w:cs="Times New Roman"/>
          <w:sz w:val="24"/>
          <w:szCs w:val="24"/>
        </w:rPr>
        <w:t>работы.</w:t>
      </w:r>
    </w:p>
    <w:p w:rsidR="00CD0FF2" w:rsidRDefault="00CD0FF2" w:rsidP="001C3F6A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346" w:after="0" w:line="281" w:lineRule="auto"/>
        <w:ind w:right="144"/>
      </w:pPr>
      <w:r w:rsidRPr="00CD0FF2">
        <w:rPr>
          <w:rFonts w:ascii="Times New Roman" w:eastAsia="Times New Roman" w:hAnsi="Times New Roman"/>
          <w:b/>
          <w:color w:val="000000"/>
          <w:sz w:val="24"/>
        </w:rPr>
        <w:t xml:space="preserve">1. Технологии, профессии и производства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CD0FF2" w:rsidRPr="00CD0FF2" w:rsidRDefault="00CD0FF2" w:rsidP="00CD0FF2">
      <w:pPr>
        <w:autoSpaceDE w:val="0"/>
        <w:autoSpaceDN w:val="0"/>
        <w:spacing w:before="70" w:after="0" w:line="230" w:lineRule="auto"/>
        <w:ind w:left="180"/>
      </w:pPr>
      <w:r w:rsidRPr="00CD0FF2">
        <w:rPr>
          <w:rFonts w:ascii="Times New Roman" w:eastAsia="Times New Roman" w:hAnsi="Times New Roman"/>
          <w:color w:val="000000"/>
          <w:sz w:val="24"/>
        </w:rPr>
        <w:t>Профессии, связанные с опасностями (пожарные, космонавты, химики и др.).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D0FF2" w:rsidRPr="00CD0FF2" w:rsidRDefault="00CD0FF2" w:rsidP="00CD0FF2">
      <w:pPr>
        <w:autoSpaceDE w:val="0"/>
        <w:autoSpaceDN w:val="0"/>
        <w:spacing w:before="72" w:after="0" w:line="271" w:lineRule="auto"/>
        <w:ind w:right="864"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CD0FF2" w:rsidRPr="00CD0FF2" w:rsidRDefault="00CD0FF2" w:rsidP="00CD0FF2">
      <w:pPr>
        <w:autoSpaceDE w:val="0"/>
        <w:autoSpaceDN w:val="0"/>
        <w:spacing w:before="70" w:after="0" w:line="281" w:lineRule="auto"/>
        <w:ind w:right="720"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190" w:after="0" w:line="271" w:lineRule="auto"/>
        <w:ind w:right="1008"/>
      </w:pPr>
      <w:r w:rsidRPr="00CD0FF2">
        <w:tab/>
      </w:r>
      <w:r w:rsidRPr="00CD0FF2">
        <w:rPr>
          <w:rFonts w:ascii="Times New Roman" w:eastAsia="Times New Roman" w:hAnsi="Times New Roman"/>
          <w:b/>
          <w:color w:val="000000"/>
          <w:sz w:val="24"/>
        </w:rPr>
        <w:t xml:space="preserve">2. Технологии ручной обработки материалов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CD0FF2" w:rsidRPr="00CD0FF2" w:rsidRDefault="00CD0FF2" w:rsidP="00CD0FF2">
      <w:pPr>
        <w:autoSpaceDE w:val="0"/>
        <w:autoSpaceDN w:val="0"/>
        <w:spacing w:before="70" w:after="0" w:line="271" w:lineRule="auto"/>
        <w:ind w:right="288"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lastRenderedPageBreak/>
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>дополнительными/изменёнными требованиями к изделию.</w:t>
      </w:r>
    </w:p>
    <w:p w:rsidR="00CD0FF2" w:rsidRPr="00CD0FF2" w:rsidRDefault="00CD0FF2" w:rsidP="00CD0FF2">
      <w:pPr>
        <w:autoSpaceDE w:val="0"/>
        <w:autoSpaceDN w:val="0"/>
        <w:spacing w:before="70" w:after="0" w:line="271" w:lineRule="auto"/>
        <w:ind w:right="144"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</w:pP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D0FF2" w:rsidRPr="00CD0FF2" w:rsidRDefault="00CD0FF2" w:rsidP="00CD0FF2">
      <w:pPr>
        <w:autoSpaceDE w:val="0"/>
        <w:autoSpaceDN w:val="0"/>
        <w:spacing w:before="70" w:after="0" w:line="283" w:lineRule="auto"/>
        <w:ind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>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</w:t>
      </w:r>
    </w:p>
    <w:p w:rsidR="00CD0FF2" w:rsidRPr="00CD0FF2" w:rsidRDefault="00CD0FF2" w:rsidP="00CD0FF2">
      <w:pPr>
        <w:autoSpaceDE w:val="0"/>
        <w:autoSpaceDN w:val="0"/>
        <w:spacing w:before="70" w:after="0" w:line="230" w:lineRule="auto"/>
      </w:pPr>
      <w:r w:rsidRPr="00CD0FF2">
        <w:rPr>
          <w:rFonts w:ascii="Times New Roman" w:eastAsia="Times New Roman" w:hAnsi="Times New Roman"/>
          <w:color w:val="000000"/>
          <w:sz w:val="24"/>
        </w:rPr>
        <w:t>Простейший ремонт изделий.</w:t>
      </w:r>
    </w:p>
    <w:p w:rsidR="00CD0FF2" w:rsidRPr="00CD0FF2" w:rsidRDefault="00CD0FF2" w:rsidP="00CD0FF2">
      <w:pPr>
        <w:autoSpaceDE w:val="0"/>
        <w:autoSpaceDN w:val="0"/>
        <w:spacing w:before="70" w:after="0" w:line="271" w:lineRule="auto"/>
        <w:ind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 xml:space="preserve">Технология обработки синтетических материалов. Пластик, поролон, полиэтилен. Общее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>знакомство, сравнение свойств. Самостоятельное определение технологий их обработки в сравнении с освоенными материалами.</w:t>
      </w:r>
    </w:p>
    <w:p w:rsidR="00CD0FF2" w:rsidRPr="00CD0FF2" w:rsidRDefault="00CD0FF2" w:rsidP="00CD0FF2">
      <w:pPr>
        <w:autoSpaceDE w:val="0"/>
        <w:autoSpaceDN w:val="0"/>
        <w:spacing w:before="70" w:after="0" w:line="230" w:lineRule="auto"/>
        <w:ind w:left="180"/>
      </w:pPr>
      <w:r w:rsidRPr="00CD0FF2">
        <w:rPr>
          <w:rFonts w:ascii="Times New Roman" w:eastAsia="Times New Roman" w:hAnsi="Times New Roman"/>
          <w:color w:val="000000"/>
          <w:sz w:val="24"/>
        </w:rPr>
        <w:t>Комбинированное использование разных материалов.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</w:pPr>
      <w:r w:rsidRPr="00CD0FF2">
        <w:tab/>
      </w:r>
      <w:r w:rsidRPr="00CD0FF2">
        <w:rPr>
          <w:rFonts w:ascii="Times New Roman" w:eastAsia="Times New Roman" w:hAnsi="Times New Roman"/>
          <w:b/>
          <w:color w:val="000000"/>
          <w:sz w:val="24"/>
        </w:rPr>
        <w:t xml:space="preserve">3. Конструирование и моделирование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Современные требования к техническим устройствам (экологичность, безопасность, эргономичность и др.).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62" w:lineRule="auto"/>
      </w:pP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Конструирование и моделирование изделий из различных материалов, в том числе наборов«Конструктор» по проектному заданию или собственному замыслу. Поиск оптимальных и доступных</w:t>
      </w:r>
    </w:p>
    <w:p w:rsidR="00CD0FF2" w:rsidRPr="00CD0FF2" w:rsidRDefault="00CD0FF2" w:rsidP="00CD0FF2">
      <w:pPr>
        <w:sectPr w:rsidR="00CD0FF2" w:rsidRPr="00CD0FF2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0FF2" w:rsidRPr="00CD0FF2" w:rsidRDefault="00CD0FF2" w:rsidP="00CD0FF2">
      <w:pPr>
        <w:autoSpaceDE w:val="0"/>
        <w:autoSpaceDN w:val="0"/>
        <w:spacing w:after="66" w:line="220" w:lineRule="exact"/>
      </w:pPr>
    </w:p>
    <w:p w:rsidR="00CD0FF2" w:rsidRPr="00CD0FF2" w:rsidRDefault="00CD0FF2" w:rsidP="00CD0FF2">
      <w:pPr>
        <w:autoSpaceDE w:val="0"/>
        <w:autoSpaceDN w:val="0"/>
        <w:spacing w:after="0" w:line="271" w:lineRule="auto"/>
      </w:pPr>
      <w:r w:rsidRPr="00CD0FF2">
        <w:rPr>
          <w:rFonts w:ascii="Times New Roman" w:eastAsia="Times New Roman" w:hAnsi="Times New Roman"/>
          <w:color w:val="000000"/>
          <w:sz w:val="24"/>
        </w:rPr>
        <w:t>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D0FF2" w:rsidRPr="00CD0FF2" w:rsidRDefault="00CD0FF2" w:rsidP="00CD0FF2">
      <w:pPr>
        <w:autoSpaceDE w:val="0"/>
        <w:autoSpaceDN w:val="0"/>
        <w:spacing w:before="70" w:after="0" w:line="271" w:lineRule="auto"/>
        <w:ind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D0FF2" w:rsidRPr="00CD0FF2" w:rsidRDefault="00CD0FF2" w:rsidP="00CD0FF2">
      <w:pPr>
        <w:autoSpaceDE w:val="0"/>
        <w:autoSpaceDN w:val="0"/>
        <w:spacing w:before="190" w:after="0" w:line="262" w:lineRule="auto"/>
        <w:ind w:left="180" w:right="1296"/>
      </w:pPr>
      <w:r w:rsidRPr="00CD0FF2">
        <w:rPr>
          <w:rFonts w:ascii="Times New Roman" w:eastAsia="Times New Roman" w:hAnsi="Times New Roman"/>
          <w:b/>
          <w:color w:val="000000"/>
          <w:sz w:val="24"/>
        </w:rPr>
        <w:t xml:space="preserve">4. Информационно-коммуникативные технологии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>Работа с доступной информацией в Интернете и на цифровых носителях информации.</w:t>
      </w:r>
    </w:p>
    <w:p w:rsidR="00CD0FF2" w:rsidRPr="00CD0FF2" w:rsidRDefault="00CD0FF2" w:rsidP="00CD0FF2">
      <w:pPr>
        <w:autoSpaceDE w:val="0"/>
        <w:autoSpaceDN w:val="0"/>
        <w:spacing w:before="70" w:after="0" w:line="278" w:lineRule="auto"/>
        <w:ind w:firstLine="180"/>
      </w:pPr>
      <w:r w:rsidRPr="00CD0FF2">
        <w:rPr>
          <w:rFonts w:ascii="Times New Roman" w:eastAsia="Times New Roman" w:hAnsi="Times New Roman"/>
          <w:color w:val="000000"/>
          <w:sz w:val="24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r>
        <w:rPr>
          <w:rFonts w:ascii="Times New Roman" w:eastAsia="Times New Roman" w:hAnsi="Times New Roman"/>
          <w:color w:val="000000"/>
          <w:sz w:val="24"/>
        </w:rPr>
        <w:t>PowerPoint</w:t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 или другой.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</w:pPr>
      <w:r w:rsidRPr="00CD0FF2">
        <w:tab/>
      </w:r>
      <w:r w:rsidRPr="00CD0FF2">
        <w:rPr>
          <w:rFonts w:ascii="Times New Roman" w:eastAsia="Times New Roman" w:hAnsi="Times New Roman"/>
          <w:b/>
          <w:color w:val="000000"/>
          <w:sz w:val="24"/>
        </w:rPr>
        <w:t xml:space="preserve">Универсальные учебные действия </w:t>
      </w:r>
      <w:r w:rsidRPr="00CD0FF2">
        <w:br/>
      </w:r>
      <w:r w:rsidRPr="00CD0FF2">
        <w:tab/>
      </w:r>
      <w:r w:rsidRPr="00046DC3">
        <w:rPr>
          <w:rFonts w:ascii="Times New Roman" w:eastAsia="Times New Roman" w:hAnsi="Times New Roman"/>
          <w:b/>
          <w:i/>
          <w:color w:val="000000"/>
          <w:sz w:val="24"/>
        </w:rPr>
        <w:t xml:space="preserve">Познавательные УУД: </w:t>
      </w:r>
      <w:r w:rsidRPr="00046DC3">
        <w:rPr>
          <w:b/>
        </w:rPr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изученного);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анализировать конструкции предложенных образцов изделий;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конструировать и моделировать изделия из различных материалов по образцу, рисунку,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простейшему чертежу, эскизу, схеме с использованием общепринятых условных обозначений и по заданным условиям;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решать простые задачи на преобразование конструкции;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выполнять работу в соответствии с инструкцией, устной или письменной;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соотносить результат работы с заданным алгоритмом, проверять изделия в действии, вносить необходимые дополнения и изменения;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выполнять действия анализа и синтеза, сравнения, классификации предметов/изделий с учётом указанных критериев;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анализировать устройство простых изделий по образцу, рисунку, выделять основные и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>второстепенные составляющие конструкции.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2" w:after="0" w:line="286" w:lineRule="auto"/>
      </w:pPr>
      <w:r w:rsidRPr="00CD0FF2">
        <w:tab/>
      </w:r>
      <w:r w:rsidRPr="00046DC3"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  <w:r w:rsidRPr="00CD0FF2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на основе анализа информации производить выбор наиболее эффективных способов работы; </w:t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использовать знаково-символические средства для решения задач в умственной или </w:t>
      </w:r>
      <w:r w:rsidRPr="00CD0FF2">
        <w:br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материализованной форме, выполнять действия моделирования, работать с моделями;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осуществлять поиск дополнительной информации по тематике творческих и проектных работ; </w:t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использовать рисунки из ресурса компьютера в оформлении изделий и др.;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/>
      </w:pPr>
      <w:r w:rsidRPr="00CD0FF2">
        <w:tab/>
      </w:r>
      <w:r w:rsidRPr="00046DC3">
        <w:rPr>
          <w:rFonts w:ascii="Times New Roman" w:eastAsia="Times New Roman" w:hAnsi="Times New Roman"/>
          <w:b/>
          <w:i/>
          <w:color w:val="000000"/>
          <w:sz w:val="24"/>
        </w:rPr>
        <w:t xml:space="preserve">Коммуникативные УУД: </w:t>
      </w:r>
      <w:r w:rsidRPr="00046DC3">
        <w:rPr>
          <w:b/>
        </w:rPr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соблюдать правила участия в диалоге: ставить вопросы, аргументировать и доказывать свою точку </w:t>
      </w:r>
      <w:r w:rsidRPr="00CD0FF2">
        <w:rPr>
          <w:rFonts w:ascii="Times New Roman" w:eastAsia="Times New Roman" w:hAnsi="Times New Roman"/>
          <w:color w:val="000000"/>
          <w:sz w:val="24"/>
        </w:rPr>
        <w:lastRenderedPageBreak/>
        <w:t xml:space="preserve">зрения, уважительно относиться к чужому мнению;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описывать факты из истории развития ремёсел на Руси и в России, высказывать своё отношение к</w:t>
      </w:r>
    </w:p>
    <w:p w:rsidR="00CD0FF2" w:rsidRPr="00CD0FF2" w:rsidRDefault="00CD0FF2" w:rsidP="00CD0FF2">
      <w:pPr>
        <w:sectPr w:rsidR="00CD0FF2" w:rsidRPr="00CD0FF2">
          <w:pgSz w:w="11900" w:h="16840"/>
          <w:pgMar w:top="286" w:right="752" w:bottom="318" w:left="666" w:header="720" w:footer="720" w:gutter="0"/>
          <w:cols w:space="720" w:equalWidth="0">
            <w:col w:w="10482" w:space="0"/>
          </w:cols>
          <w:docGrid w:linePitch="360"/>
        </w:sectPr>
      </w:pPr>
    </w:p>
    <w:p w:rsidR="00CD0FF2" w:rsidRPr="00CD0FF2" w:rsidRDefault="00CD0FF2" w:rsidP="00CD0FF2">
      <w:pPr>
        <w:autoSpaceDE w:val="0"/>
        <w:autoSpaceDN w:val="0"/>
        <w:spacing w:after="66" w:line="220" w:lineRule="exact"/>
      </w:pP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after="0" w:line="281" w:lineRule="auto"/>
        <w:ind w:right="432"/>
      </w:pPr>
      <w:r w:rsidRPr="00CD0FF2">
        <w:rPr>
          <w:rFonts w:ascii="Times New Roman" w:eastAsia="Times New Roman" w:hAnsi="Times New Roman"/>
          <w:color w:val="000000"/>
          <w:sz w:val="24"/>
        </w:rPr>
        <w:t xml:space="preserve">предметам декоративно-прикладного искусства разных народов РФ;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создавать тексты-рассуждения: раскрывать последовательность операций при работе с разными материалами;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</w:pPr>
      <w:r w:rsidRPr="00CD0FF2">
        <w:tab/>
      </w:r>
      <w:r w:rsidRPr="00046DC3">
        <w:rPr>
          <w:rFonts w:ascii="Times New Roman" w:eastAsia="Times New Roman" w:hAnsi="Times New Roman"/>
          <w:b/>
          <w:i/>
          <w:color w:val="000000"/>
          <w:sz w:val="24"/>
        </w:rPr>
        <w:t xml:space="preserve">Регулятивные УУД: </w:t>
      </w:r>
      <w:r w:rsidRPr="00046DC3">
        <w:rPr>
          <w:b/>
        </w:rPr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понимать и принимать учебную задачу, самостоятельно определять цели учебно-познавательной деятельности;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планировать практическую работу в соответствии с поставленной целью и выполнять её в соответствии с планом;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выполнять действия контроля/самоконтроля и оценки; процесса и результата деятельности, при необходимости вносить коррективы в выполняемые действия;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проявлять волевую саморегуляцию при выполнении задания.</w:t>
      </w:r>
    </w:p>
    <w:p w:rsidR="00CD0FF2" w:rsidRPr="00CD0FF2" w:rsidRDefault="00CD0FF2" w:rsidP="00CD0FF2">
      <w:pPr>
        <w:tabs>
          <w:tab w:val="left" w:pos="180"/>
        </w:tabs>
        <w:autoSpaceDE w:val="0"/>
        <w:autoSpaceDN w:val="0"/>
        <w:spacing w:before="70" w:after="0" w:line="286" w:lineRule="auto"/>
      </w:pPr>
      <w:r w:rsidRPr="00CD0FF2">
        <w:tab/>
      </w:r>
      <w:r w:rsidRPr="00046DC3">
        <w:rPr>
          <w:rFonts w:ascii="Times New Roman" w:eastAsia="Times New Roman" w:hAnsi="Times New Roman"/>
          <w:b/>
          <w:i/>
          <w:color w:val="000000"/>
          <w:sz w:val="24"/>
        </w:rPr>
        <w:t>Совместная деятельность:</w:t>
      </w:r>
      <w:r w:rsidRPr="00CD0FF2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 xml:space="preserve">проявлять интерес к деятельности своих товарищей и результатам их работы; в доброжелательной форме комментировать и оценивать их достижения; </w:t>
      </w:r>
      <w:r w:rsidRPr="00CD0FF2">
        <w:br/>
      </w:r>
      <w:r w:rsidRPr="00CD0FF2">
        <w:tab/>
      </w:r>
      <w:r w:rsidRPr="00CD0FF2">
        <w:rPr>
          <w:rFonts w:ascii="Times New Roman" w:eastAsia="Times New Roman" w:hAnsi="Times New Roman"/>
          <w:color w:val="000000"/>
          <w:sz w:val="24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p w:rsidR="00CD0FF2" w:rsidRPr="00CD0FF2" w:rsidRDefault="00CD0FF2" w:rsidP="001C3F6A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CD0FF2" w:rsidRPr="001C3F6A" w:rsidRDefault="00CD0FF2" w:rsidP="001C3F6A">
      <w:pPr>
        <w:pStyle w:val="a9"/>
      </w:pPr>
    </w:p>
    <w:p w:rsidR="00330269" w:rsidRPr="007954AF" w:rsidRDefault="00CD0FF2" w:rsidP="007954AF">
      <w:pPr>
        <w:pStyle w:val="ae"/>
        <w:numPr>
          <w:ilvl w:val="0"/>
          <w:numId w:val="17"/>
        </w:numPr>
        <w:autoSpaceDE w:val="0"/>
        <w:autoSpaceDN w:val="0"/>
        <w:spacing w:after="0" w:line="262" w:lineRule="auto"/>
        <w:ind w:left="709" w:right="432"/>
      </w:pPr>
      <w:r w:rsidRPr="007954AF">
        <w:rPr>
          <w:rFonts w:ascii="Times New Roman" w:eastAsia="Times New Roman" w:hAnsi="Times New Roman"/>
          <w:b/>
          <w:color w:val="000000"/>
          <w:sz w:val="24"/>
        </w:rPr>
        <w:t xml:space="preserve">ПЛАНИРУЕМЫЕ РЕЗУЛЬТАТЫ ОСВОЕНИЯ УЧЕБНОГО ПРЕДМЕТА «ТЕХНОЛОГИЯ»НА УРОВНЕ НАЧАЛЬНОГО ОБЩЕГО ОБРАЗОВАНИЯ </w:t>
      </w:r>
    </w:p>
    <w:p w:rsidR="007954AF" w:rsidRPr="007954AF" w:rsidRDefault="007954AF" w:rsidP="007954AF">
      <w:pPr>
        <w:pStyle w:val="ae"/>
        <w:autoSpaceDE w:val="0"/>
        <w:autoSpaceDN w:val="0"/>
        <w:spacing w:after="0" w:line="262" w:lineRule="auto"/>
        <w:ind w:left="709" w:right="432"/>
      </w:pPr>
    </w:p>
    <w:p w:rsidR="00330269" w:rsidRDefault="00CD0FF2" w:rsidP="007954AF">
      <w:pPr>
        <w:pStyle w:val="a9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954AF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ОБУЧАЮЩЕГОСЯ</w:t>
      </w:r>
      <w:r w:rsidRPr="001C3F6A">
        <w:br/>
      </w:r>
      <w:r w:rsidRPr="001C3F6A">
        <w:tab/>
      </w:r>
      <w:r w:rsidRPr="001C3F6A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осознание роли человека и используемых им технологий в сохранении гармонического </w:t>
      </w:r>
      <w:r w:rsidRPr="001C3F6A">
        <w:rPr>
          <w:rFonts w:ascii="Times New Roman" w:hAnsi="Times New Roman" w:cs="Times New Roman"/>
          <w:sz w:val="24"/>
          <w:szCs w:val="24"/>
        </w:rPr>
        <w:br/>
        <w:t xml:space="preserve">сосуществования рукотворного мира с миром природы; ответственное отношение к сохранению окружающей среды;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1C3F6A">
        <w:rPr>
          <w:rFonts w:ascii="Times New Roman" w:hAnsi="Times New Roman" w:cs="Times New Roman"/>
          <w:sz w:val="24"/>
          <w:szCs w:val="24"/>
        </w:rPr>
        <w:br/>
        <w:t xml:space="preserve">природных объектов, образцов мировой и отечественной художественной культуры;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 </w:t>
      </w:r>
      <w:r w:rsidRPr="001C3F6A">
        <w:rPr>
          <w:rFonts w:ascii="Times New Roman" w:hAnsi="Times New Roman" w:cs="Times New Roman"/>
          <w:sz w:val="24"/>
          <w:szCs w:val="24"/>
        </w:rPr>
        <w:lastRenderedPageBreak/>
        <w:tab/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1C3F6A" w:rsidRPr="001C3F6A" w:rsidRDefault="001C3F6A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330269" w:rsidRPr="001C3F6A" w:rsidRDefault="007954AF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7954AF">
        <w:rPr>
          <w:rFonts w:ascii="Times New Roman" w:hAnsi="Times New Roman" w:cs="Times New Roman"/>
          <w:b/>
          <w:sz w:val="24"/>
          <w:szCs w:val="24"/>
        </w:rPr>
        <w:t>2.</w:t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ОБУЧАЮЩЕГОСЯ </w:t>
      </w:r>
      <w:r w:rsidRPr="001C3F6A">
        <w:rPr>
          <w:rFonts w:ascii="Times New Roman" w:hAnsi="Times New Roman" w:cs="Times New Roman"/>
          <w:sz w:val="24"/>
          <w:szCs w:val="24"/>
        </w:rPr>
        <w:br/>
        <w:t>К концу обучения у обучающегося формируются следующие универсальные учебные действия.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Познавательные УУД: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осуществлять анализ объектов и изделий с выделением существенных и несущественных признаков;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сравнивать группы объектов/изделий, выделять в них общее и различия;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использовать схемы, модели и простейшие чертежи в собственной практической творческой деятельности;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1C3F6A">
        <w:rPr>
          <w:rFonts w:ascii="Times New Roman" w:hAnsi="Times New Roman" w:cs="Times New Roman"/>
          <w:sz w:val="24"/>
          <w:szCs w:val="24"/>
        </w:rPr>
        <w:tab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330269" w:rsidRPr="001C3F6A" w:rsidRDefault="00CD0FF2" w:rsidP="001C3F6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 xml:space="preserve">работать с моделями;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следовать при выполнении работы инструкциям учителя или представленным в других информационных источниках.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Коммуникативные УУД: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объяснять последовательность совершаемых действий при создании изделия.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Регулятивные УУД: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выполнять правила безопасности труда при выполнении работы;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планировать работу, соотносить свои действия с поставленной целью;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>проявлять волевую саморегуляцию при выполнении работы.</w:t>
      </w:r>
    </w:p>
    <w:p w:rsidR="00330269" w:rsidRPr="001C3F6A" w:rsidRDefault="00CD0FF2" w:rsidP="001C3F6A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rPr>
          <w:rFonts w:ascii="Times New Roman" w:hAnsi="Times New Roman" w:cs="Times New Roman"/>
          <w:sz w:val="24"/>
          <w:szCs w:val="24"/>
        </w:rPr>
        <w:tab/>
      </w:r>
      <w:r w:rsidRPr="001C3F6A">
        <w:rPr>
          <w:rFonts w:ascii="Times New Roman" w:hAnsi="Times New Roman" w:cs="Times New Roman"/>
          <w:b/>
          <w:sz w:val="24"/>
          <w:szCs w:val="24"/>
        </w:rPr>
        <w:t xml:space="preserve">Совместная деятельность: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1C3F6A">
        <w:rPr>
          <w:rFonts w:ascii="Times New Roman" w:hAnsi="Times New Roman" w:cs="Times New Roman"/>
          <w:sz w:val="24"/>
          <w:szCs w:val="24"/>
        </w:rPr>
        <w:br/>
      </w:r>
      <w:r w:rsidRPr="001C3F6A">
        <w:rPr>
          <w:rFonts w:ascii="Times New Roman" w:hAnsi="Times New Roman" w:cs="Times New Roman"/>
          <w:sz w:val="24"/>
          <w:szCs w:val="24"/>
        </w:rPr>
        <w:tab/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1C3F6A">
        <w:rPr>
          <w:rFonts w:ascii="Times New Roman" w:hAnsi="Times New Roman" w:cs="Times New Roman"/>
          <w:sz w:val="24"/>
          <w:szCs w:val="24"/>
        </w:rPr>
        <w:lastRenderedPageBreak/>
        <w:tab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330269" w:rsidRDefault="007954AF" w:rsidP="00046DC3">
      <w:pPr>
        <w:autoSpaceDE w:val="0"/>
        <w:autoSpaceDN w:val="0"/>
        <w:spacing w:before="190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7954AF">
        <w:rPr>
          <w:rFonts w:ascii="Times New Roman" w:eastAsia="Times New Roman" w:hAnsi="Times New Roman"/>
          <w:b/>
          <w:color w:val="000000"/>
          <w:sz w:val="24"/>
        </w:rPr>
        <w:t>3.</w:t>
      </w:r>
      <w:r w:rsidRPr="001C3F6A">
        <w:rPr>
          <w:rFonts w:ascii="Times New Roman" w:eastAsia="Times New Roman" w:hAnsi="Times New Roman"/>
          <w:b/>
          <w:color w:val="000000"/>
          <w:sz w:val="24"/>
        </w:rPr>
        <w:t>ПРЕДМЕТНЫЕ РЕЗУЛЬТАТЫ ОСВОЕНИЯ КУРСА «ТЕХНОЛОГИЯ»</w:t>
      </w:r>
    </w:p>
    <w:p w:rsidR="00046DC3" w:rsidRPr="001C3F6A" w:rsidRDefault="00046DC3" w:rsidP="00046DC3">
      <w:pPr>
        <w:autoSpaceDE w:val="0"/>
        <w:autoSpaceDN w:val="0"/>
        <w:spacing w:before="190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1 класс</w:t>
      </w:r>
    </w:p>
    <w:p w:rsidR="006B2665" w:rsidRDefault="00CD0FF2" w:rsidP="00046DC3">
      <w:pPr>
        <w:pStyle w:val="a9"/>
        <w:rPr>
          <w:rFonts w:ascii="Times New Roman" w:hAnsi="Times New Roman" w:cs="Times New Roman"/>
          <w:sz w:val="24"/>
          <w:szCs w:val="24"/>
        </w:rPr>
      </w:pPr>
      <w:r w:rsidRPr="001C3F6A">
        <w:tab/>
      </w:r>
      <w:r w:rsidRPr="006B2665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6B2665">
        <w:rPr>
          <w:rFonts w:ascii="Times New Roman" w:hAnsi="Times New Roman" w:cs="Times New Roman"/>
          <w:b/>
          <w:sz w:val="24"/>
          <w:szCs w:val="24"/>
        </w:rPr>
        <w:t xml:space="preserve">в первом классе </w:t>
      </w:r>
      <w:r w:rsidRPr="006B2665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применять правила безопасной работы ножницами, иглой и аккуратной работы с клеем; </w:t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определять наименования отдельных материалов (бумага, картон, фольга, пластилин, природные,текстильные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обработки материалов при изготовлении изделий; </w:t>
      </w:r>
    </w:p>
    <w:p w:rsidR="00330269" w:rsidRPr="006B2665" w:rsidRDefault="00CD0FF2" w:rsidP="00046DC3">
      <w:pPr>
        <w:pStyle w:val="a9"/>
        <w:ind w:firstLine="720"/>
        <w:rPr>
          <w:rFonts w:ascii="Times New Roman" w:hAnsi="Times New Roman" w:cs="Times New Roman"/>
          <w:sz w:val="24"/>
          <w:szCs w:val="24"/>
        </w:rPr>
      </w:pPr>
      <w:r w:rsidRPr="006B2665">
        <w:rPr>
          <w:rFonts w:ascii="Times New Roman" w:hAnsi="Times New Roman" w:cs="Times New Roman"/>
          <w:sz w:val="24"/>
          <w:szCs w:val="24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оформлять изделия строчкой прямого стежка;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понимать смысл понятий «изделие», «деталь изделия», «образец», «заготовка», «материал»,«инструмент», «приспособление», «конструирование», «аппликация»;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выполнять задания с опорой на готовый план;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обслуживать себя во время работы: соблюдать порядок на рабочем месте, ухаживать за </w:t>
      </w:r>
      <w:r w:rsidRPr="006B2665">
        <w:rPr>
          <w:rFonts w:ascii="Times New Roman" w:hAnsi="Times New Roman" w:cs="Times New Roman"/>
          <w:sz w:val="24"/>
          <w:szCs w:val="24"/>
        </w:rPr>
        <w:br/>
        <w:t xml:space="preserve">инструментами и правильно хранить их; соблюдать правила гигиены труда;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рассматривать и анализировать простые по конструкции образцы (по вопросам учителя); </w:t>
      </w:r>
      <w:r w:rsidRPr="006B2665">
        <w:rPr>
          <w:rFonts w:ascii="Times New Roman" w:hAnsi="Times New Roman" w:cs="Times New Roman"/>
          <w:sz w:val="24"/>
          <w:szCs w:val="24"/>
        </w:rPr>
        <w:br/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различать материалы и инструменты по их назначению;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6B2665">
        <w:rPr>
          <w:rFonts w:ascii="Times New Roman" w:hAnsi="Times New Roman" w:cs="Times New Roman"/>
          <w:sz w:val="24"/>
          <w:szCs w:val="24"/>
        </w:rPr>
        <w:br/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использовать для сушки плоских изделий пресс;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различать разборные и неразборные конструкции несложных изделий;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 xml:space="preserve">осуществлять элементарное сотрудничество, участвовать в коллективных работах подруководством учителя; </w:t>
      </w:r>
      <w:r w:rsidRPr="006B2665">
        <w:rPr>
          <w:rFonts w:ascii="Times New Roman" w:hAnsi="Times New Roman" w:cs="Times New Roman"/>
          <w:sz w:val="24"/>
          <w:szCs w:val="24"/>
        </w:rPr>
        <w:br/>
      </w:r>
      <w:r w:rsidRPr="006B2665">
        <w:rPr>
          <w:rFonts w:ascii="Times New Roman" w:hAnsi="Times New Roman" w:cs="Times New Roman"/>
          <w:sz w:val="24"/>
          <w:szCs w:val="24"/>
        </w:rPr>
        <w:tab/>
        <w:t>выполнять несложные коллективные работы проектного характера.</w:t>
      </w:r>
    </w:p>
    <w:p w:rsidR="00330269" w:rsidRDefault="00330269" w:rsidP="00046DC3"/>
    <w:p w:rsidR="00046DC3" w:rsidRDefault="00046DC3" w:rsidP="00046DC3">
      <w:pPr>
        <w:rPr>
          <w:b/>
          <w:sz w:val="24"/>
          <w:szCs w:val="24"/>
        </w:rPr>
      </w:pPr>
      <w:r w:rsidRPr="00046DC3">
        <w:rPr>
          <w:b/>
          <w:sz w:val="24"/>
          <w:szCs w:val="24"/>
        </w:rPr>
        <w:lastRenderedPageBreak/>
        <w:t>2 класс</w:t>
      </w:r>
    </w:p>
    <w:p w:rsidR="00046DC3" w:rsidRDefault="00046DC3" w:rsidP="00046DC3">
      <w:pPr>
        <w:rPr>
          <w:b/>
          <w:sz w:val="24"/>
          <w:szCs w:val="24"/>
        </w:rPr>
      </w:pPr>
    </w:p>
    <w:p w:rsidR="00046DC3" w:rsidRPr="001D33E7" w:rsidRDefault="00046DC3" w:rsidP="00046DC3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</w:pP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>К концу обучения</w:t>
      </w:r>
      <w:r w:rsidRPr="001D33E7">
        <w:rPr>
          <w:rFonts w:ascii="Times New Roman" w:eastAsia="Times New Roman" w:hAnsi="Times New Roman"/>
          <w:b/>
          <w:color w:val="000000"/>
          <w:sz w:val="24"/>
        </w:rPr>
        <w:t xml:space="preserve"> во втором</w:t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 классе обучающийся научится: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выполнять задания по самостоятельно составленному плану;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искусства;</w:t>
      </w:r>
    </w:p>
    <w:p w:rsidR="00046DC3" w:rsidRPr="001D33E7" w:rsidRDefault="00046DC3" w:rsidP="00046DC3">
      <w:pPr>
        <w:tabs>
          <w:tab w:val="left" w:pos="180"/>
        </w:tabs>
        <w:autoSpaceDE w:val="0"/>
        <w:autoSpaceDN w:val="0"/>
        <w:spacing w:after="0" w:line="290" w:lineRule="auto"/>
      </w:pP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выделять, называть и применять изученные общие правила создания рукотворного мира в своей предметно-творческой деятельности;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самостоятельно готовить рабочее место в соответствии с видом деятельности, поддерживать порядок во время работы, убирать рабочее место;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анализировать задание/образец по предложенным вопросам, памятке или инструкции, </w:t>
      </w:r>
      <w:r w:rsidRPr="001D33E7">
        <w:br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самостоятельно выполнять доступные задания с опорой на инструкционную (технологическую) карту;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выполнять биговку;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выполнять построение простейшего лекала (выкройки) правильной геометрической формы и разметку деталей кроя на ткани по нему/ней;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оформлять изделия и соединять детали освоенными ручными строчками;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понимать смысл понятия «развёртка» (трёхмерного предмета); соотносить объёмную конструкцию с изображениями её развёртки;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отличать макет от модели, строить трёхмерный макет из готовой развёртки;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определять неподвижный и подвижный способ соединения деталей и выполнять подвижное и неподвижное соединения известными способами;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конструировать и моделировать изделия из различных материалов по модели, простейшему чертежу или эскизу;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решать несложные конструкторско-технологические задачи;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применять освоенные знания и практические умения (технологические, графические, </w:t>
      </w:r>
      <w:r w:rsidRPr="001D33E7">
        <w:br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конструкторские) в самостоятельной интеллектуальной и практической деятельности;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делать выбор, какое мнение принять — своё или другое, высказанное в ходе обсуждения;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выполнять работу в малых группах, осуществлять сотрудничество;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понимать особенности проектной деятельности, осуществлять под руководством учителя </w:t>
      </w:r>
      <w:r w:rsidRPr="001D33E7">
        <w:br/>
      </w:r>
      <w:r w:rsidRPr="001D33E7">
        <w:rPr>
          <w:rFonts w:ascii="Times New Roman" w:eastAsia="Times New Roman" w:hAnsi="Times New Roman"/>
          <w:color w:val="000000"/>
          <w:sz w:val="24"/>
        </w:rPr>
        <w:t xml:space="preserve">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 </w:t>
      </w:r>
      <w:r w:rsidRPr="001D33E7">
        <w:br/>
      </w:r>
      <w:r w:rsidRPr="001D33E7">
        <w:tab/>
      </w:r>
      <w:r w:rsidRPr="001D33E7">
        <w:rPr>
          <w:rFonts w:ascii="Times New Roman" w:eastAsia="Times New Roman" w:hAnsi="Times New Roman"/>
          <w:color w:val="000000"/>
          <w:sz w:val="24"/>
        </w:rPr>
        <w:t>называть профессии людей, работающих в сфере обслуживания.</w:t>
      </w:r>
    </w:p>
    <w:p w:rsidR="00046DC3" w:rsidRDefault="00046DC3" w:rsidP="00046DC3">
      <w:pPr>
        <w:rPr>
          <w:b/>
          <w:sz w:val="24"/>
          <w:szCs w:val="24"/>
        </w:rPr>
      </w:pPr>
    </w:p>
    <w:p w:rsidR="00046DC3" w:rsidRDefault="00046DC3" w:rsidP="00046DC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 класс</w:t>
      </w:r>
    </w:p>
    <w:p w:rsidR="00046DC3" w:rsidRDefault="00046DC3" w:rsidP="00046DC3">
      <w:pPr>
        <w:rPr>
          <w:b/>
          <w:sz w:val="24"/>
          <w:szCs w:val="24"/>
        </w:rPr>
      </w:pPr>
    </w:p>
    <w:p w:rsidR="00046DC3" w:rsidRPr="00046DC3" w:rsidRDefault="00046DC3" w:rsidP="00046DC3">
      <w:pPr>
        <w:pStyle w:val="af"/>
        <w:spacing w:before="180"/>
        <w:ind w:left="286"/>
      </w:pPr>
      <w:r w:rsidRPr="00046DC3">
        <w:t>К</w:t>
      </w:r>
      <w:r w:rsidRPr="00046DC3">
        <w:rPr>
          <w:spacing w:val="-5"/>
        </w:rPr>
        <w:t xml:space="preserve"> </w:t>
      </w:r>
      <w:r w:rsidRPr="00046DC3">
        <w:t>концу</w:t>
      </w:r>
      <w:r w:rsidRPr="00046DC3">
        <w:rPr>
          <w:spacing w:val="-3"/>
        </w:rPr>
        <w:t xml:space="preserve"> </w:t>
      </w:r>
      <w:r w:rsidRPr="00046DC3">
        <w:t>обучения</w:t>
      </w:r>
      <w:r w:rsidRPr="00046DC3">
        <w:rPr>
          <w:spacing w:val="-4"/>
        </w:rPr>
        <w:t xml:space="preserve"> </w:t>
      </w:r>
      <w:r w:rsidRPr="00046DC3">
        <w:t>в</w:t>
      </w:r>
      <w:r w:rsidRPr="00046DC3">
        <w:rPr>
          <w:spacing w:val="-10"/>
        </w:rPr>
        <w:t xml:space="preserve"> </w:t>
      </w:r>
      <w:r w:rsidRPr="00046DC3">
        <w:rPr>
          <w:b/>
        </w:rPr>
        <w:t xml:space="preserve">третьем </w:t>
      </w:r>
      <w:r w:rsidRPr="00046DC3">
        <w:t>классе</w:t>
      </w:r>
      <w:r w:rsidRPr="00046DC3">
        <w:rPr>
          <w:spacing w:val="-3"/>
        </w:rPr>
        <w:t xml:space="preserve"> </w:t>
      </w:r>
      <w:r w:rsidRPr="00046DC3">
        <w:t>обучающийся</w:t>
      </w:r>
      <w:r w:rsidRPr="00046DC3">
        <w:rPr>
          <w:spacing w:val="-4"/>
        </w:rPr>
        <w:t xml:space="preserve"> </w:t>
      </w:r>
      <w:r w:rsidRPr="00046DC3">
        <w:t>научится:</w:t>
      </w:r>
    </w:p>
    <w:p w:rsidR="00046DC3" w:rsidRPr="00046DC3" w:rsidRDefault="00046DC3" w:rsidP="00046DC3">
      <w:pPr>
        <w:pStyle w:val="af"/>
        <w:spacing w:before="60" w:line="292" w:lineRule="auto"/>
        <w:ind w:right="825" w:firstLine="180"/>
      </w:pPr>
      <w:r w:rsidRPr="00046DC3">
        <w:t>понимать смысл понятий «чертёж развёртки», «канцелярский нож», «шило», «искусственный</w:t>
      </w:r>
      <w:r w:rsidRPr="00046DC3">
        <w:rPr>
          <w:spacing w:val="-58"/>
        </w:rPr>
        <w:t xml:space="preserve"> </w:t>
      </w:r>
      <w:r w:rsidRPr="00046DC3">
        <w:t>материал»;</w:t>
      </w:r>
    </w:p>
    <w:p w:rsidR="00046DC3" w:rsidRPr="00046DC3" w:rsidRDefault="00046DC3" w:rsidP="00046DC3">
      <w:pPr>
        <w:pStyle w:val="af"/>
        <w:spacing w:line="292" w:lineRule="auto"/>
        <w:ind w:right="1082" w:firstLine="180"/>
      </w:pPr>
      <w:r w:rsidRPr="00046DC3">
        <w:t>выделять и называть характерные особенности изученных видов декоративно-прикладного</w:t>
      </w:r>
      <w:r w:rsidRPr="00046DC3">
        <w:rPr>
          <w:spacing w:val="-58"/>
        </w:rPr>
        <w:t xml:space="preserve"> </w:t>
      </w:r>
      <w:r w:rsidRPr="00046DC3">
        <w:t>искусства,</w:t>
      </w:r>
      <w:r w:rsidRPr="00046DC3">
        <w:rPr>
          <w:spacing w:val="-1"/>
        </w:rPr>
        <w:t xml:space="preserve"> </w:t>
      </w:r>
      <w:r w:rsidRPr="00046DC3">
        <w:t>профессии</w:t>
      </w:r>
      <w:r w:rsidRPr="00046DC3">
        <w:rPr>
          <w:spacing w:val="-2"/>
        </w:rPr>
        <w:t xml:space="preserve"> </w:t>
      </w:r>
      <w:r w:rsidRPr="00046DC3">
        <w:t>мастеров</w:t>
      </w:r>
      <w:r w:rsidRPr="00046DC3">
        <w:rPr>
          <w:spacing w:val="-2"/>
        </w:rPr>
        <w:t xml:space="preserve"> </w:t>
      </w:r>
      <w:r w:rsidRPr="00046DC3">
        <w:t>прикладного</w:t>
      </w:r>
      <w:r w:rsidRPr="00046DC3">
        <w:rPr>
          <w:spacing w:val="-1"/>
        </w:rPr>
        <w:t xml:space="preserve"> </w:t>
      </w:r>
      <w:r w:rsidRPr="00046DC3">
        <w:t>искусства</w:t>
      </w:r>
      <w:r w:rsidRPr="00046DC3">
        <w:rPr>
          <w:spacing w:val="-1"/>
        </w:rPr>
        <w:t xml:space="preserve"> </w:t>
      </w:r>
      <w:r w:rsidRPr="00046DC3">
        <w:t>(в</w:t>
      </w:r>
      <w:r w:rsidRPr="00046DC3">
        <w:rPr>
          <w:spacing w:val="-2"/>
        </w:rPr>
        <w:t xml:space="preserve"> </w:t>
      </w:r>
      <w:r w:rsidRPr="00046DC3">
        <w:t>рамках</w:t>
      </w:r>
      <w:r w:rsidRPr="00046DC3">
        <w:rPr>
          <w:spacing w:val="-1"/>
        </w:rPr>
        <w:t xml:space="preserve"> </w:t>
      </w:r>
      <w:r w:rsidRPr="00046DC3">
        <w:t>изученного);</w:t>
      </w:r>
    </w:p>
    <w:p w:rsidR="00046DC3" w:rsidRPr="00046DC3" w:rsidRDefault="00046DC3" w:rsidP="00046DC3">
      <w:pPr>
        <w:pStyle w:val="af"/>
        <w:spacing w:line="292" w:lineRule="auto"/>
        <w:ind w:right="1059" w:firstLine="180"/>
      </w:pPr>
      <w:r w:rsidRPr="00046DC3">
        <w:t>узнавать и называть по характерным особенностям образцов или по описанию изученные и</w:t>
      </w:r>
      <w:r w:rsidRPr="00046DC3">
        <w:rPr>
          <w:spacing w:val="-58"/>
        </w:rPr>
        <w:t xml:space="preserve"> </w:t>
      </w:r>
      <w:r w:rsidRPr="00046DC3">
        <w:t>распространённые</w:t>
      </w:r>
      <w:r w:rsidRPr="00046DC3">
        <w:rPr>
          <w:spacing w:val="-1"/>
        </w:rPr>
        <w:t xml:space="preserve"> </w:t>
      </w:r>
      <w:r w:rsidRPr="00046DC3">
        <w:t>в</w:t>
      </w:r>
      <w:r w:rsidRPr="00046DC3">
        <w:rPr>
          <w:spacing w:val="-1"/>
        </w:rPr>
        <w:t xml:space="preserve"> </w:t>
      </w:r>
      <w:r w:rsidRPr="00046DC3">
        <w:t>крае ремёсла;</w:t>
      </w:r>
    </w:p>
    <w:p w:rsidR="00046DC3" w:rsidRPr="00046DC3" w:rsidRDefault="00046DC3" w:rsidP="00046DC3">
      <w:pPr>
        <w:pStyle w:val="af"/>
        <w:spacing w:line="292" w:lineRule="auto"/>
        <w:ind w:right="1325" w:firstLine="180"/>
      </w:pPr>
      <w:r w:rsidRPr="00046DC3">
        <w:t>называть и описывать свойства наиболее распространённых изучаемых искусственных и</w:t>
      </w:r>
      <w:r w:rsidRPr="00046DC3">
        <w:rPr>
          <w:spacing w:val="-57"/>
        </w:rPr>
        <w:t xml:space="preserve"> </w:t>
      </w:r>
      <w:r w:rsidRPr="00046DC3">
        <w:t>синтетических</w:t>
      </w:r>
      <w:r w:rsidRPr="00046DC3">
        <w:rPr>
          <w:spacing w:val="-1"/>
        </w:rPr>
        <w:t xml:space="preserve"> </w:t>
      </w:r>
      <w:r w:rsidRPr="00046DC3">
        <w:t>материалов</w:t>
      </w:r>
      <w:r w:rsidRPr="00046DC3">
        <w:rPr>
          <w:spacing w:val="-2"/>
        </w:rPr>
        <w:t xml:space="preserve"> </w:t>
      </w:r>
      <w:r w:rsidRPr="00046DC3">
        <w:t>(бумага, металлы,</w:t>
      </w:r>
      <w:r w:rsidRPr="00046DC3">
        <w:rPr>
          <w:spacing w:val="-1"/>
        </w:rPr>
        <w:t xml:space="preserve"> </w:t>
      </w:r>
      <w:r w:rsidRPr="00046DC3">
        <w:t>текстиль</w:t>
      </w:r>
      <w:r w:rsidRPr="00046DC3">
        <w:rPr>
          <w:spacing w:val="-1"/>
        </w:rPr>
        <w:t xml:space="preserve"> </w:t>
      </w:r>
      <w:r w:rsidRPr="00046DC3">
        <w:t>и</w:t>
      </w:r>
      <w:r w:rsidRPr="00046DC3">
        <w:rPr>
          <w:spacing w:val="-1"/>
        </w:rPr>
        <w:t xml:space="preserve"> </w:t>
      </w:r>
      <w:r w:rsidRPr="00046DC3">
        <w:t>др.);</w:t>
      </w:r>
    </w:p>
    <w:p w:rsidR="00046DC3" w:rsidRPr="00046DC3" w:rsidRDefault="00046DC3" w:rsidP="00046DC3">
      <w:pPr>
        <w:spacing w:line="292" w:lineRule="auto"/>
        <w:sectPr w:rsidR="00046DC3" w:rsidRPr="00046DC3">
          <w:pgSz w:w="11900" w:h="16840"/>
          <w:pgMar w:top="500" w:right="560" w:bottom="280" w:left="560" w:header="720" w:footer="720" w:gutter="0"/>
          <w:cols w:space="720"/>
        </w:sectPr>
      </w:pPr>
    </w:p>
    <w:p w:rsidR="00046DC3" w:rsidRPr="00046DC3" w:rsidRDefault="00046DC3" w:rsidP="00046DC3">
      <w:pPr>
        <w:pStyle w:val="af"/>
        <w:spacing w:before="66" w:line="292" w:lineRule="auto"/>
        <w:ind w:firstLine="180"/>
      </w:pPr>
      <w:r w:rsidRPr="00046DC3">
        <w:lastRenderedPageBreak/>
        <w:t>читать</w:t>
      </w:r>
      <w:r w:rsidRPr="00046DC3">
        <w:rPr>
          <w:spacing w:val="-5"/>
        </w:rPr>
        <w:t xml:space="preserve"> </w:t>
      </w:r>
      <w:r w:rsidRPr="00046DC3">
        <w:t>чертёж</w:t>
      </w:r>
      <w:r w:rsidRPr="00046DC3">
        <w:rPr>
          <w:spacing w:val="-5"/>
        </w:rPr>
        <w:t xml:space="preserve"> </w:t>
      </w:r>
      <w:r w:rsidRPr="00046DC3">
        <w:t>развёртки</w:t>
      </w:r>
      <w:r w:rsidRPr="00046DC3">
        <w:rPr>
          <w:spacing w:val="-3"/>
        </w:rPr>
        <w:t xml:space="preserve"> </w:t>
      </w:r>
      <w:r w:rsidRPr="00046DC3">
        <w:t>и</w:t>
      </w:r>
      <w:r w:rsidRPr="00046DC3">
        <w:rPr>
          <w:spacing w:val="-4"/>
        </w:rPr>
        <w:t xml:space="preserve"> </w:t>
      </w:r>
      <w:r w:rsidRPr="00046DC3">
        <w:t>выполнять</w:t>
      </w:r>
      <w:r w:rsidRPr="00046DC3">
        <w:rPr>
          <w:spacing w:val="-5"/>
        </w:rPr>
        <w:t xml:space="preserve"> </w:t>
      </w:r>
      <w:r w:rsidRPr="00046DC3">
        <w:t>разметку</w:t>
      </w:r>
      <w:r w:rsidRPr="00046DC3">
        <w:rPr>
          <w:spacing w:val="-3"/>
        </w:rPr>
        <w:t xml:space="preserve"> </w:t>
      </w:r>
      <w:r w:rsidRPr="00046DC3">
        <w:t>развёрток</w:t>
      </w:r>
      <w:r w:rsidRPr="00046DC3">
        <w:rPr>
          <w:spacing w:val="-5"/>
        </w:rPr>
        <w:t xml:space="preserve"> </w:t>
      </w:r>
      <w:r w:rsidRPr="00046DC3">
        <w:t>с</w:t>
      </w:r>
      <w:r w:rsidRPr="00046DC3">
        <w:rPr>
          <w:spacing w:val="-3"/>
        </w:rPr>
        <w:t xml:space="preserve"> </w:t>
      </w:r>
      <w:r w:rsidRPr="00046DC3">
        <w:t>помощью</w:t>
      </w:r>
      <w:r w:rsidRPr="00046DC3">
        <w:rPr>
          <w:spacing w:val="-5"/>
        </w:rPr>
        <w:t xml:space="preserve"> </w:t>
      </w:r>
      <w:r w:rsidRPr="00046DC3">
        <w:t>чертёжных</w:t>
      </w:r>
      <w:r w:rsidRPr="00046DC3">
        <w:rPr>
          <w:spacing w:val="-4"/>
        </w:rPr>
        <w:t xml:space="preserve"> </w:t>
      </w:r>
      <w:r w:rsidRPr="00046DC3">
        <w:t>инструментов</w:t>
      </w:r>
      <w:r w:rsidRPr="00046DC3">
        <w:rPr>
          <w:spacing w:val="-57"/>
        </w:rPr>
        <w:t xml:space="preserve"> </w:t>
      </w:r>
      <w:r w:rsidRPr="00046DC3">
        <w:t>(линейка,</w:t>
      </w:r>
      <w:r w:rsidRPr="00046DC3">
        <w:rPr>
          <w:spacing w:val="-1"/>
        </w:rPr>
        <w:t xml:space="preserve"> </w:t>
      </w:r>
      <w:r w:rsidRPr="00046DC3">
        <w:t>угольник, циркуль);</w:t>
      </w:r>
    </w:p>
    <w:p w:rsidR="00046DC3" w:rsidRPr="00046DC3" w:rsidRDefault="00046DC3" w:rsidP="00046DC3">
      <w:pPr>
        <w:pStyle w:val="af"/>
        <w:spacing w:line="292" w:lineRule="auto"/>
        <w:ind w:left="286" w:right="4595"/>
      </w:pPr>
      <w:r w:rsidRPr="00046DC3">
        <w:t>узнавать и называть линии чертежа (осевая и центровая);</w:t>
      </w:r>
      <w:r w:rsidRPr="00046DC3">
        <w:rPr>
          <w:spacing w:val="-58"/>
        </w:rPr>
        <w:t xml:space="preserve"> </w:t>
      </w:r>
      <w:r w:rsidRPr="00046DC3">
        <w:t>безопасно пользоваться канцелярским ножом, шилом;</w:t>
      </w:r>
      <w:r w:rsidRPr="00046DC3">
        <w:rPr>
          <w:spacing w:val="1"/>
        </w:rPr>
        <w:t xml:space="preserve"> </w:t>
      </w:r>
      <w:r w:rsidRPr="00046DC3">
        <w:t>выполнять</w:t>
      </w:r>
      <w:r w:rsidRPr="00046DC3">
        <w:rPr>
          <w:spacing w:val="-2"/>
        </w:rPr>
        <w:t xml:space="preserve"> </w:t>
      </w:r>
      <w:r w:rsidRPr="00046DC3">
        <w:t>рицовку;</w:t>
      </w:r>
    </w:p>
    <w:p w:rsidR="00046DC3" w:rsidRPr="00046DC3" w:rsidRDefault="00046DC3" w:rsidP="00046DC3">
      <w:pPr>
        <w:pStyle w:val="af"/>
        <w:spacing w:line="274" w:lineRule="exact"/>
        <w:ind w:left="286"/>
      </w:pPr>
      <w:r w:rsidRPr="00046DC3">
        <w:t>выполнять</w:t>
      </w:r>
      <w:r w:rsidRPr="00046DC3">
        <w:rPr>
          <w:spacing w:val="-5"/>
        </w:rPr>
        <w:t xml:space="preserve"> </w:t>
      </w:r>
      <w:r w:rsidRPr="00046DC3">
        <w:t>соединение</w:t>
      </w:r>
      <w:r w:rsidRPr="00046DC3">
        <w:rPr>
          <w:spacing w:val="-3"/>
        </w:rPr>
        <w:t xml:space="preserve"> </w:t>
      </w:r>
      <w:r w:rsidRPr="00046DC3">
        <w:t>деталей</w:t>
      </w:r>
      <w:r w:rsidRPr="00046DC3">
        <w:rPr>
          <w:spacing w:val="-4"/>
        </w:rPr>
        <w:t xml:space="preserve"> </w:t>
      </w:r>
      <w:r w:rsidRPr="00046DC3">
        <w:t>и</w:t>
      </w:r>
      <w:r w:rsidRPr="00046DC3">
        <w:rPr>
          <w:spacing w:val="-3"/>
        </w:rPr>
        <w:t xml:space="preserve"> </w:t>
      </w:r>
      <w:r w:rsidRPr="00046DC3">
        <w:t>отделку</w:t>
      </w:r>
      <w:r w:rsidRPr="00046DC3">
        <w:rPr>
          <w:spacing w:val="-4"/>
        </w:rPr>
        <w:t xml:space="preserve"> </w:t>
      </w:r>
      <w:r w:rsidRPr="00046DC3">
        <w:t>изделия</w:t>
      </w:r>
      <w:r w:rsidRPr="00046DC3">
        <w:rPr>
          <w:spacing w:val="-4"/>
        </w:rPr>
        <w:t xml:space="preserve"> </w:t>
      </w:r>
      <w:r w:rsidRPr="00046DC3">
        <w:t>освоенными</w:t>
      </w:r>
      <w:r w:rsidRPr="00046DC3">
        <w:rPr>
          <w:spacing w:val="-3"/>
        </w:rPr>
        <w:t xml:space="preserve"> </w:t>
      </w:r>
      <w:r w:rsidRPr="00046DC3">
        <w:t>ручными</w:t>
      </w:r>
      <w:r w:rsidRPr="00046DC3">
        <w:rPr>
          <w:spacing w:val="-4"/>
        </w:rPr>
        <w:t xml:space="preserve"> </w:t>
      </w:r>
      <w:r w:rsidRPr="00046DC3">
        <w:t>строчками;</w:t>
      </w:r>
    </w:p>
    <w:p w:rsidR="00046DC3" w:rsidRPr="00046DC3" w:rsidRDefault="00046DC3" w:rsidP="00046DC3">
      <w:pPr>
        <w:pStyle w:val="af"/>
        <w:spacing w:before="59" w:line="292" w:lineRule="auto"/>
        <w:ind w:right="529" w:firstLine="180"/>
      </w:pPr>
      <w:r w:rsidRPr="00046DC3">
        <w:t>решать простейшие задачи технико-технологического характера по изменению вида и способа</w:t>
      </w:r>
      <w:r w:rsidRPr="00046DC3">
        <w:rPr>
          <w:spacing w:val="1"/>
        </w:rPr>
        <w:t xml:space="preserve"> </w:t>
      </w:r>
      <w:r w:rsidRPr="00046DC3">
        <w:t>соединения деталей: на достраивание, придание новых свойств конструкции в соответствии с</w:t>
      </w:r>
      <w:r w:rsidRPr="00046DC3">
        <w:rPr>
          <w:spacing w:val="1"/>
        </w:rPr>
        <w:t xml:space="preserve"> </w:t>
      </w:r>
      <w:r w:rsidRPr="00046DC3">
        <w:t>новыми/дополненными требованиями; использовать комбинированные техники при изготовлении</w:t>
      </w:r>
      <w:r w:rsidRPr="00046DC3">
        <w:rPr>
          <w:spacing w:val="-57"/>
        </w:rPr>
        <w:t xml:space="preserve"> </w:t>
      </w:r>
      <w:r w:rsidRPr="00046DC3">
        <w:t>изделий</w:t>
      </w:r>
      <w:r w:rsidRPr="00046DC3">
        <w:rPr>
          <w:spacing w:val="-2"/>
        </w:rPr>
        <w:t xml:space="preserve"> </w:t>
      </w:r>
      <w:r w:rsidRPr="00046DC3">
        <w:t>в</w:t>
      </w:r>
      <w:r w:rsidRPr="00046DC3">
        <w:rPr>
          <w:spacing w:val="-2"/>
        </w:rPr>
        <w:t xml:space="preserve"> </w:t>
      </w:r>
      <w:r w:rsidRPr="00046DC3">
        <w:t>соответствии</w:t>
      </w:r>
      <w:r w:rsidRPr="00046DC3">
        <w:rPr>
          <w:spacing w:val="-1"/>
        </w:rPr>
        <w:t xml:space="preserve"> </w:t>
      </w:r>
      <w:r w:rsidRPr="00046DC3">
        <w:t>с</w:t>
      </w:r>
      <w:r w:rsidRPr="00046DC3">
        <w:rPr>
          <w:spacing w:val="-1"/>
        </w:rPr>
        <w:t xml:space="preserve"> </w:t>
      </w:r>
      <w:r w:rsidRPr="00046DC3">
        <w:t>технической</w:t>
      </w:r>
      <w:r w:rsidRPr="00046DC3">
        <w:rPr>
          <w:spacing w:val="-1"/>
        </w:rPr>
        <w:t xml:space="preserve"> </w:t>
      </w:r>
      <w:r w:rsidRPr="00046DC3">
        <w:t>или</w:t>
      </w:r>
      <w:r w:rsidRPr="00046DC3">
        <w:rPr>
          <w:spacing w:val="-1"/>
        </w:rPr>
        <w:t xml:space="preserve"> </w:t>
      </w:r>
      <w:r w:rsidRPr="00046DC3">
        <w:t>декоративно-художественной</w:t>
      </w:r>
      <w:r w:rsidRPr="00046DC3">
        <w:rPr>
          <w:spacing w:val="-1"/>
        </w:rPr>
        <w:t xml:space="preserve"> </w:t>
      </w:r>
      <w:r w:rsidRPr="00046DC3">
        <w:t>задачей;</w:t>
      </w:r>
    </w:p>
    <w:p w:rsidR="00046DC3" w:rsidRPr="00046DC3" w:rsidRDefault="00046DC3" w:rsidP="00046DC3">
      <w:pPr>
        <w:pStyle w:val="af"/>
        <w:spacing w:line="292" w:lineRule="auto"/>
        <w:ind w:right="459" w:firstLine="180"/>
      </w:pPr>
      <w:r w:rsidRPr="00046DC3">
        <w:t>понимать технологический и практический смысл различных видов соединений в технических</w:t>
      </w:r>
      <w:r w:rsidRPr="00046DC3">
        <w:rPr>
          <w:spacing w:val="1"/>
        </w:rPr>
        <w:t xml:space="preserve"> </w:t>
      </w:r>
      <w:r w:rsidRPr="00046DC3">
        <w:t>объектах, простейшие способы достижения прочности конструкций; использовать их при решении</w:t>
      </w:r>
      <w:r w:rsidRPr="00046DC3">
        <w:rPr>
          <w:spacing w:val="-58"/>
        </w:rPr>
        <w:t xml:space="preserve"> </w:t>
      </w:r>
      <w:r w:rsidRPr="00046DC3">
        <w:t>простейших</w:t>
      </w:r>
      <w:r w:rsidRPr="00046DC3">
        <w:rPr>
          <w:spacing w:val="-1"/>
        </w:rPr>
        <w:t xml:space="preserve"> </w:t>
      </w:r>
      <w:r w:rsidRPr="00046DC3">
        <w:t>конструкторских задач;</w:t>
      </w:r>
    </w:p>
    <w:p w:rsidR="00046DC3" w:rsidRPr="00046DC3" w:rsidRDefault="00046DC3" w:rsidP="00046DC3">
      <w:pPr>
        <w:pStyle w:val="af"/>
        <w:spacing w:line="292" w:lineRule="auto"/>
        <w:ind w:right="992" w:firstLine="180"/>
      </w:pPr>
      <w:r w:rsidRPr="00046DC3">
        <w:t>конструировать и моделировать изделия из разных материалов и наборов «Конструктор» по</w:t>
      </w:r>
      <w:r w:rsidRPr="00046DC3">
        <w:rPr>
          <w:spacing w:val="-58"/>
        </w:rPr>
        <w:t xml:space="preserve"> </w:t>
      </w:r>
      <w:r w:rsidRPr="00046DC3">
        <w:t>заданным</w:t>
      </w:r>
      <w:r w:rsidRPr="00046DC3">
        <w:rPr>
          <w:spacing w:val="-2"/>
        </w:rPr>
        <w:t xml:space="preserve"> </w:t>
      </w:r>
      <w:r w:rsidRPr="00046DC3">
        <w:t>техническим,</w:t>
      </w:r>
      <w:r w:rsidRPr="00046DC3">
        <w:rPr>
          <w:spacing w:val="-2"/>
        </w:rPr>
        <w:t xml:space="preserve"> </w:t>
      </w:r>
      <w:r w:rsidRPr="00046DC3">
        <w:t>технологическим</w:t>
      </w:r>
      <w:r w:rsidRPr="00046DC3">
        <w:rPr>
          <w:spacing w:val="-2"/>
        </w:rPr>
        <w:t xml:space="preserve"> </w:t>
      </w:r>
      <w:r w:rsidRPr="00046DC3">
        <w:t>и</w:t>
      </w:r>
      <w:r w:rsidRPr="00046DC3">
        <w:rPr>
          <w:spacing w:val="-1"/>
        </w:rPr>
        <w:t xml:space="preserve"> </w:t>
      </w:r>
      <w:r w:rsidRPr="00046DC3">
        <w:t>декоративно-художественным</w:t>
      </w:r>
      <w:r w:rsidRPr="00046DC3">
        <w:rPr>
          <w:spacing w:val="-2"/>
        </w:rPr>
        <w:t xml:space="preserve"> </w:t>
      </w:r>
      <w:r w:rsidRPr="00046DC3">
        <w:t>условиям;</w:t>
      </w:r>
    </w:p>
    <w:p w:rsidR="00046DC3" w:rsidRPr="00046DC3" w:rsidRDefault="00046DC3" w:rsidP="00046DC3">
      <w:pPr>
        <w:pStyle w:val="af"/>
        <w:spacing w:line="275" w:lineRule="exact"/>
        <w:ind w:left="286"/>
      </w:pPr>
      <w:r w:rsidRPr="00046DC3">
        <w:t>изменять</w:t>
      </w:r>
      <w:r w:rsidRPr="00046DC3">
        <w:rPr>
          <w:spacing w:val="-5"/>
        </w:rPr>
        <w:t xml:space="preserve"> </w:t>
      </w:r>
      <w:r w:rsidRPr="00046DC3">
        <w:t>конструкцию</w:t>
      </w:r>
      <w:r w:rsidRPr="00046DC3">
        <w:rPr>
          <w:spacing w:val="-4"/>
        </w:rPr>
        <w:t xml:space="preserve"> </w:t>
      </w:r>
      <w:r w:rsidRPr="00046DC3">
        <w:t>изделия</w:t>
      </w:r>
      <w:r w:rsidRPr="00046DC3">
        <w:rPr>
          <w:spacing w:val="-4"/>
        </w:rPr>
        <w:t xml:space="preserve"> </w:t>
      </w:r>
      <w:r w:rsidRPr="00046DC3">
        <w:t>по</w:t>
      </w:r>
      <w:r w:rsidRPr="00046DC3">
        <w:rPr>
          <w:spacing w:val="-3"/>
        </w:rPr>
        <w:t xml:space="preserve"> </w:t>
      </w:r>
      <w:r w:rsidRPr="00046DC3">
        <w:t>заданным</w:t>
      </w:r>
      <w:r w:rsidRPr="00046DC3">
        <w:rPr>
          <w:spacing w:val="-3"/>
        </w:rPr>
        <w:t xml:space="preserve"> </w:t>
      </w:r>
      <w:r w:rsidRPr="00046DC3">
        <w:t>условиям;</w:t>
      </w:r>
    </w:p>
    <w:p w:rsidR="00046DC3" w:rsidRPr="00046DC3" w:rsidRDefault="00046DC3" w:rsidP="00046DC3">
      <w:pPr>
        <w:pStyle w:val="af"/>
        <w:spacing w:before="56" w:line="292" w:lineRule="auto"/>
        <w:ind w:right="1499" w:firstLine="180"/>
      </w:pPr>
      <w:r w:rsidRPr="00046DC3">
        <w:t>выбирать способ соединения и соединительный материал в зависимости от требований</w:t>
      </w:r>
      <w:r w:rsidRPr="00046DC3">
        <w:rPr>
          <w:spacing w:val="-58"/>
        </w:rPr>
        <w:t xml:space="preserve"> </w:t>
      </w:r>
      <w:r w:rsidRPr="00046DC3">
        <w:t>конструкции;</w:t>
      </w:r>
    </w:p>
    <w:p w:rsidR="00046DC3" w:rsidRPr="00046DC3" w:rsidRDefault="00046DC3" w:rsidP="00046DC3">
      <w:pPr>
        <w:pStyle w:val="af"/>
        <w:spacing w:line="292" w:lineRule="auto"/>
        <w:ind w:right="589" w:firstLine="180"/>
      </w:pPr>
      <w:r w:rsidRPr="00046DC3">
        <w:t>называть несколько видов информационных технологий и соответствующих способов передачи</w:t>
      </w:r>
      <w:r w:rsidRPr="00046DC3">
        <w:rPr>
          <w:spacing w:val="-57"/>
        </w:rPr>
        <w:t xml:space="preserve"> </w:t>
      </w:r>
      <w:r w:rsidRPr="00046DC3">
        <w:t>информации</w:t>
      </w:r>
      <w:r w:rsidRPr="00046DC3">
        <w:rPr>
          <w:spacing w:val="-1"/>
        </w:rPr>
        <w:t xml:space="preserve"> </w:t>
      </w:r>
      <w:r w:rsidRPr="00046DC3">
        <w:t>(из</w:t>
      </w:r>
      <w:r w:rsidRPr="00046DC3">
        <w:rPr>
          <w:spacing w:val="-1"/>
        </w:rPr>
        <w:t xml:space="preserve"> </w:t>
      </w:r>
      <w:r w:rsidRPr="00046DC3">
        <w:t>реального окружения</w:t>
      </w:r>
      <w:r w:rsidRPr="00046DC3">
        <w:rPr>
          <w:spacing w:val="-1"/>
        </w:rPr>
        <w:t xml:space="preserve"> </w:t>
      </w:r>
      <w:r w:rsidRPr="00046DC3">
        <w:t>учащихся);</w:t>
      </w:r>
    </w:p>
    <w:p w:rsidR="00046DC3" w:rsidRPr="00046DC3" w:rsidRDefault="00046DC3" w:rsidP="00046DC3">
      <w:pPr>
        <w:pStyle w:val="af"/>
        <w:spacing w:line="292" w:lineRule="auto"/>
        <w:ind w:right="1169" w:firstLine="180"/>
      </w:pPr>
      <w:r w:rsidRPr="00046DC3">
        <w:t>понимать назначение основных устройств персонального компьютера для ввода, вывода и</w:t>
      </w:r>
      <w:r w:rsidRPr="00046DC3">
        <w:rPr>
          <w:spacing w:val="-58"/>
        </w:rPr>
        <w:t xml:space="preserve"> </w:t>
      </w:r>
      <w:r w:rsidRPr="00046DC3">
        <w:t>обработки</w:t>
      </w:r>
      <w:r w:rsidRPr="00046DC3">
        <w:rPr>
          <w:spacing w:val="-1"/>
        </w:rPr>
        <w:t xml:space="preserve"> </w:t>
      </w:r>
      <w:r w:rsidRPr="00046DC3">
        <w:t>информации;</w:t>
      </w:r>
    </w:p>
    <w:p w:rsidR="00046DC3" w:rsidRPr="00046DC3" w:rsidRDefault="00046DC3" w:rsidP="00046DC3">
      <w:pPr>
        <w:pStyle w:val="af"/>
        <w:spacing w:line="275" w:lineRule="exact"/>
        <w:ind w:left="286"/>
      </w:pPr>
      <w:r w:rsidRPr="00046DC3">
        <w:t>выполнять</w:t>
      </w:r>
      <w:r w:rsidRPr="00046DC3">
        <w:rPr>
          <w:spacing w:val="-5"/>
        </w:rPr>
        <w:t xml:space="preserve"> </w:t>
      </w:r>
      <w:r w:rsidRPr="00046DC3">
        <w:t>основные</w:t>
      </w:r>
      <w:r w:rsidRPr="00046DC3">
        <w:rPr>
          <w:spacing w:val="-3"/>
        </w:rPr>
        <w:t xml:space="preserve"> </w:t>
      </w:r>
      <w:r w:rsidRPr="00046DC3">
        <w:t>правила</w:t>
      </w:r>
      <w:r w:rsidRPr="00046DC3">
        <w:rPr>
          <w:spacing w:val="-3"/>
        </w:rPr>
        <w:t xml:space="preserve"> </w:t>
      </w:r>
      <w:r w:rsidRPr="00046DC3">
        <w:t>безопасной</w:t>
      </w:r>
      <w:r w:rsidRPr="00046DC3">
        <w:rPr>
          <w:spacing w:val="-3"/>
        </w:rPr>
        <w:t xml:space="preserve"> </w:t>
      </w:r>
      <w:r w:rsidRPr="00046DC3">
        <w:t>работы</w:t>
      </w:r>
      <w:r w:rsidRPr="00046DC3">
        <w:rPr>
          <w:spacing w:val="-3"/>
        </w:rPr>
        <w:t xml:space="preserve"> </w:t>
      </w:r>
      <w:r w:rsidRPr="00046DC3">
        <w:t>на</w:t>
      </w:r>
      <w:r w:rsidRPr="00046DC3">
        <w:rPr>
          <w:spacing w:val="-3"/>
        </w:rPr>
        <w:t xml:space="preserve"> </w:t>
      </w:r>
      <w:r w:rsidRPr="00046DC3">
        <w:t>компьютере;</w:t>
      </w:r>
    </w:p>
    <w:p w:rsidR="00046DC3" w:rsidRPr="00046DC3" w:rsidRDefault="00046DC3" w:rsidP="00046DC3">
      <w:pPr>
        <w:pStyle w:val="af"/>
        <w:spacing w:before="57" w:line="292" w:lineRule="auto"/>
        <w:ind w:right="585" w:firstLine="48"/>
        <w:jc w:val="center"/>
      </w:pPr>
      <w:r w:rsidRPr="00046DC3">
        <w:t>использовать возможности компьютера и информационно-коммуникационных технологий для</w:t>
      </w:r>
      <w:r w:rsidRPr="00046DC3">
        <w:rPr>
          <w:spacing w:val="1"/>
        </w:rPr>
        <w:t xml:space="preserve"> </w:t>
      </w:r>
      <w:r w:rsidRPr="00046DC3">
        <w:t>поиска необходимой информации при выполнении обучающих, творческих и проектных заданий;</w:t>
      </w:r>
      <w:r w:rsidRPr="00046DC3">
        <w:rPr>
          <w:spacing w:val="-57"/>
        </w:rPr>
        <w:t xml:space="preserve"> </w:t>
      </w:r>
      <w:r w:rsidRPr="00046DC3">
        <w:t>выполнять</w:t>
      </w:r>
      <w:r w:rsidRPr="00046DC3">
        <w:rPr>
          <w:spacing w:val="-3"/>
        </w:rPr>
        <w:t xml:space="preserve"> </w:t>
      </w:r>
      <w:r w:rsidRPr="00046DC3">
        <w:t>проектные</w:t>
      </w:r>
      <w:r w:rsidRPr="00046DC3">
        <w:rPr>
          <w:spacing w:val="-2"/>
        </w:rPr>
        <w:t xml:space="preserve"> </w:t>
      </w:r>
      <w:r w:rsidRPr="00046DC3">
        <w:t>задания</w:t>
      </w:r>
      <w:r w:rsidRPr="00046DC3">
        <w:rPr>
          <w:spacing w:val="-3"/>
        </w:rPr>
        <w:t xml:space="preserve"> </w:t>
      </w:r>
      <w:r w:rsidRPr="00046DC3">
        <w:t>в</w:t>
      </w:r>
      <w:r w:rsidRPr="00046DC3">
        <w:rPr>
          <w:spacing w:val="-3"/>
        </w:rPr>
        <w:t xml:space="preserve"> </w:t>
      </w:r>
      <w:r w:rsidRPr="00046DC3">
        <w:t>соответствии</w:t>
      </w:r>
      <w:r w:rsidRPr="00046DC3">
        <w:rPr>
          <w:spacing w:val="-2"/>
        </w:rPr>
        <w:t xml:space="preserve"> </w:t>
      </w:r>
      <w:r w:rsidRPr="00046DC3">
        <w:t>с</w:t>
      </w:r>
      <w:r w:rsidRPr="00046DC3">
        <w:rPr>
          <w:spacing w:val="-2"/>
        </w:rPr>
        <w:t xml:space="preserve"> </w:t>
      </w:r>
      <w:r w:rsidRPr="00046DC3">
        <w:t>содержанием</w:t>
      </w:r>
      <w:r w:rsidRPr="00046DC3">
        <w:rPr>
          <w:spacing w:val="-2"/>
        </w:rPr>
        <w:t xml:space="preserve"> </w:t>
      </w:r>
      <w:r w:rsidRPr="00046DC3">
        <w:t>изученного</w:t>
      </w:r>
      <w:r w:rsidRPr="00046DC3">
        <w:rPr>
          <w:spacing w:val="-2"/>
        </w:rPr>
        <w:t xml:space="preserve"> </w:t>
      </w:r>
      <w:r w:rsidRPr="00046DC3">
        <w:t>материала</w:t>
      </w:r>
      <w:r w:rsidRPr="00046DC3">
        <w:rPr>
          <w:spacing w:val="-2"/>
        </w:rPr>
        <w:t xml:space="preserve"> </w:t>
      </w:r>
      <w:r w:rsidRPr="00046DC3">
        <w:t>на</w:t>
      </w:r>
      <w:r w:rsidRPr="00046DC3">
        <w:rPr>
          <w:spacing w:val="-2"/>
        </w:rPr>
        <w:t xml:space="preserve"> </w:t>
      </w:r>
      <w:r w:rsidRPr="00046DC3">
        <w:t>основе</w:t>
      </w:r>
    </w:p>
    <w:p w:rsidR="00046DC3" w:rsidRDefault="00046DC3" w:rsidP="00046DC3">
      <w:pPr>
        <w:pStyle w:val="af"/>
        <w:spacing w:line="274" w:lineRule="exact"/>
        <w:ind w:left="90" w:right="7554"/>
        <w:jc w:val="center"/>
      </w:pPr>
      <w:r>
        <w:t>полученных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046DC3" w:rsidRDefault="00046DC3" w:rsidP="00046DC3">
      <w:pPr>
        <w:spacing w:line="274" w:lineRule="exact"/>
        <w:jc w:val="center"/>
      </w:pPr>
    </w:p>
    <w:p w:rsidR="00046DC3" w:rsidRDefault="00046DC3" w:rsidP="00046DC3">
      <w:pPr>
        <w:tabs>
          <w:tab w:val="left" w:pos="465"/>
          <w:tab w:val="center" w:pos="5390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046DC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046DC3" w:rsidRPr="00046DC3" w:rsidRDefault="00046DC3" w:rsidP="00046DC3">
      <w:pPr>
        <w:tabs>
          <w:tab w:val="left" w:pos="180"/>
        </w:tabs>
        <w:autoSpaceDE w:val="0"/>
        <w:autoSpaceDN w:val="0"/>
        <w:spacing w:before="190" w:after="0" w:line="286" w:lineRule="auto"/>
      </w:pPr>
      <w:r w:rsidRPr="00046DC3">
        <w:rPr>
          <w:rFonts w:ascii="Times New Roman" w:hAnsi="Times New Roman" w:cs="Times New Roman"/>
          <w:b/>
          <w:sz w:val="24"/>
          <w:szCs w:val="24"/>
        </w:rPr>
        <w:tab/>
      </w:r>
      <w:r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К концу обучения в </w:t>
      </w:r>
      <w:r w:rsidRPr="00046DC3">
        <w:rPr>
          <w:rFonts w:ascii="Times New Roman" w:eastAsia="Times New Roman" w:hAnsi="Times New Roman"/>
          <w:b/>
          <w:color w:val="000000"/>
          <w:sz w:val="24"/>
        </w:rPr>
        <w:t>четвёртом</w:t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 классе обучающийся научится: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</w:t>
      </w:r>
      <w:r w:rsidRPr="00046DC3">
        <w:br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изученного), о наиболее значимых окружающих производствах;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на основе анализа задания самостоятельно организовывать рабочее место в зависимости от вида работы, осуществлять планирование трудового процесса;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:rsidR="00046DC3" w:rsidRPr="00046DC3" w:rsidRDefault="00046DC3" w:rsidP="00046DC3">
      <w:pPr>
        <w:sectPr w:rsidR="00046DC3" w:rsidRPr="00046DC3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046DC3" w:rsidRPr="00046DC3" w:rsidRDefault="00046DC3" w:rsidP="00046DC3">
      <w:pPr>
        <w:autoSpaceDE w:val="0"/>
        <w:autoSpaceDN w:val="0"/>
        <w:spacing w:after="78" w:line="220" w:lineRule="exact"/>
      </w:pPr>
    </w:p>
    <w:p w:rsidR="00046DC3" w:rsidRPr="00046DC3" w:rsidRDefault="00046DC3" w:rsidP="00046DC3">
      <w:pPr>
        <w:tabs>
          <w:tab w:val="left" w:pos="180"/>
        </w:tabs>
        <w:autoSpaceDE w:val="0"/>
        <w:autoSpaceDN w:val="0"/>
        <w:spacing w:after="0" w:line="290" w:lineRule="auto"/>
      </w:pP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понимать элементарные основы бытовой культуры, выполнять доступные действия по </w:t>
      </w:r>
      <w:r w:rsidRPr="00046DC3">
        <w:br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самообслуживанию и доступные виды домашнего труда;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строч- ками;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на основе усвоенных правил дизайна решать простейшие художественно-конструкторские задачи по созданию изделий с заданной функцией;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работать с доступной информацией; работать в программах </w:t>
      </w:r>
      <w:r>
        <w:rPr>
          <w:rFonts w:ascii="Times New Roman" w:eastAsia="Times New Roman" w:hAnsi="Times New Roman"/>
          <w:color w:val="000000"/>
          <w:sz w:val="24"/>
        </w:rPr>
        <w:t>Word</w:t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Power</w:t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Point</w:t>
      </w:r>
      <w:r w:rsidRPr="00046DC3">
        <w:rPr>
          <w:rFonts w:ascii="Times New Roman" w:eastAsia="Times New Roman" w:hAnsi="Times New Roman"/>
          <w:color w:val="000000"/>
          <w:sz w:val="24"/>
        </w:rPr>
        <w:t>;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 </w:t>
      </w:r>
      <w:r w:rsidRPr="00046DC3">
        <w:br/>
      </w:r>
      <w:r w:rsidRPr="00046DC3">
        <w:tab/>
      </w:r>
      <w:r w:rsidRPr="00046DC3">
        <w:rPr>
          <w:rFonts w:ascii="Times New Roman" w:eastAsia="Times New Roman" w:hAnsi="Times New Roman"/>
          <w:color w:val="000000"/>
          <w:sz w:val="24"/>
        </w:rPr>
        <w:t xml:space="preserve"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</w:t>
      </w:r>
      <w:r w:rsidRPr="00046DC3">
        <w:br/>
      </w:r>
      <w:r w:rsidRPr="00046DC3">
        <w:rPr>
          <w:rFonts w:ascii="Times New Roman" w:eastAsia="Times New Roman" w:hAnsi="Times New Roman"/>
          <w:color w:val="000000"/>
          <w:sz w:val="24"/>
        </w:rPr>
        <w:t>распределении ролей, координировать собственную работу в общем процессе.</w:t>
      </w:r>
    </w:p>
    <w:p w:rsidR="00046DC3" w:rsidRPr="00046DC3" w:rsidRDefault="00046DC3" w:rsidP="00046DC3">
      <w:pPr>
        <w:tabs>
          <w:tab w:val="left" w:pos="465"/>
          <w:tab w:val="center" w:pos="5390"/>
        </w:tabs>
        <w:spacing w:line="274" w:lineRule="exact"/>
        <w:rPr>
          <w:rFonts w:ascii="Times New Roman" w:hAnsi="Times New Roman" w:cs="Times New Roman"/>
          <w:b/>
          <w:sz w:val="24"/>
          <w:szCs w:val="24"/>
        </w:rPr>
      </w:pPr>
    </w:p>
    <w:p w:rsidR="00046DC3" w:rsidRPr="00046DC3" w:rsidRDefault="00046DC3" w:rsidP="00046DC3">
      <w:pPr>
        <w:spacing w:line="274" w:lineRule="exact"/>
        <w:sectPr w:rsidR="00046DC3" w:rsidRPr="00046DC3">
          <w:pgSz w:w="11900" w:h="16840"/>
          <w:pgMar w:top="520" w:right="560" w:bottom="280" w:left="560" w:header="720" w:footer="720" w:gutter="0"/>
          <w:cols w:space="720"/>
        </w:sectPr>
      </w:pPr>
    </w:p>
    <w:p w:rsidR="00046DC3" w:rsidRPr="00046DC3" w:rsidRDefault="00046DC3" w:rsidP="00046DC3">
      <w:pPr>
        <w:rPr>
          <w:b/>
          <w:sz w:val="24"/>
          <w:szCs w:val="24"/>
        </w:rPr>
        <w:sectPr w:rsidR="00046DC3" w:rsidRPr="00046DC3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330269" w:rsidRPr="001C3F6A" w:rsidRDefault="00330269">
      <w:pPr>
        <w:autoSpaceDE w:val="0"/>
        <w:autoSpaceDN w:val="0"/>
        <w:spacing w:after="64" w:line="220" w:lineRule="exact"/>
      </w:pPr>
    </w:p>
    <w:p w:rsidR="00330269" w:rsidRPr="00046DC3" w:rsidRDefault="00CD0FF2" w:rsidP="007954AF">
      <w:pPr>
        <w:pStyle w:val="ae"/>
        <w:numPr>
          <w:ilvl w:val="0"/>
          <w:numId w:val="17"/>
        </w:numPr>
        <w:autoSpaceDE w:val="0"/>
        <w:autoSpaceDN w:val="0"/>
        <w:spacing w:after="258" w:line="233" w:lineRule="auto"/>
      </w:pPr>
      <w:r w:rsidRPr="007954AF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p w:rsidR="00046DC3" w:rsidRPr="00046DC3" w:rsidRDefault="00046DC3" w:rsidP="00046DC3">
      <w:pPr>
        <w:pStyle w:val="ae"/>
        <w:autoSpaceDE w:val="0"/>
        <w:autoSpaceDN w:val="0"/>
        <w:spacing w:after="258" w:line="233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046DC3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34"/>
        <w:gridCol w:w="528"/>
        <w:gridCol w:w="1104"/>
        <w:gridCol w:w="1142"/>
        <w:gridCol w:w="864"/>
        <w:gridCol w:w="3902"/>
        <w:gridCol w:w="1236"/>
        <w:gridCol w:w="3424"/>
      </w:tblGrid>
      <w:tr w:rsidR="00330269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2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30269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269" w:rsidRDefault="0033026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269" w:rsidRDefault="0033026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269" w:rsidRDefault="0033026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269" w:rsidRDefault="0033026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330269" w:rsidRDefault="00330269"/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30269" w:rsidRDefault="00330269"/>
        </w:tc>
      </w:tr>
      <w:tr w:rsidR="00330269" w:rsidRPr="00CD0FF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1. ТЕХНОЛОГИИ, ПРОФЕССИИ И ПРОИЗВОДСТВА</w:t>
            </w:r>
          </w:p>
        </w:tc>
      </w:tr>
      <w:tr w:rsidR="00330269" w:rsidRPr="00CD0FF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80" w:after="0" w:line="245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80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80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понимать особенности технологии изготовления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изделий, выделять детали изделия, основу, определять способ изготовления под руководством учителя;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80" w:after="0" w:line="25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«Рукотворный и природный мир города и села»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/5363/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/167842/</w:t>
            </w:r>
          </w:p>
        </w:tc>
      </w:tr>
      <w:tr w:rsidR="00330269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4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формировать общее понятие об изучаемых материалах, их происхождение, разнообразие и основные свойства, понимать отличие материалов от инструментов 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приспособлений;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 возможности использования,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применения изучаемых материалов при изготовлении изделий, предметов быта и др. людьми разных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профессий;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 w:right="720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«Что такое технология» (МЭШ)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/1820598?</w:t>
            </w:r>
          </w:p>
          <w:p w:rsidR="00330269" w:rsidRDefault="00CD0FF2">
            <w:pPr>
              <w:autoSpaceDE w:val="0"/>
              <w:autoSpaceDN w:val="0"/>
              <w:spacing w:before="18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«Материалы и инструменты.</w:t>
            </w:r>
          </w:p>
          <w:p w:rsidR="00330269" w:rsidRDefault="00CD0FF2">
            <w:pPr>
              <w:autoSpaceDE w:val="0"/>
              <w:autoSpaceDN w:val="0"/>
              <w:spacing w:before="20" w:after="0" w:line="252" w:lineRule="auto"/>
              <w:ind w:left="74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Организация рабочего места» (МЭШ)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material_view/lesson_templates/ 1780280?menuReferrer=catalogue </w:t>
            </w:r>
          </w:p>
        </w:tc>
      </w:tr>
      <w:tr w:rsidR="00330269">
        <w:trPr>
          <w:trHeight w:hRule="exact" w:val="13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 родных и знакомых.</w:t>
            </w:r>
          </w:p>
          <w:p w:rsidR="00330269" w:rsidRPr="001C3F6A" w:rsidRDefault="00CD0FF2">
            <w:pPr>
              <w:autoSpaceDE w:val="0"/>
              <w:autoSpaceDN w:val="0"/>
              <w:spacing w:before="18" w:after="0" w:line="245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Профессии, связанные с изучаемыми материалами и производствами.</w:t>
            </w:r>
          </w:p>
          <w:p w:rsidR="00330269" w:rsidRDefault="00CD0FF2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 сферы обслуживания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знакомиться с профессиями, связанными с изучаемыми материалами и производствами;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 w:right="115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«Трудовая деятельность и ее значение в жизни человека»(МЭШ)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  <w:p w:rsidR="00330269" w:rsidRDefault="00CD0FF2">
            <w:pPr>
              <w:autoSpaceDE w:val="0"/>
              <w:autoSpaceDN w:val="0"/>
              <w:spacing w:before="18" w:after="0" w:line="245" w:lineRule="auto"/>
              <w:ind w:left="74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ru/material_view/lesson_templates/ 4808?menuReferrer=catalogue</w:t>
            </w:r>
          </w:p>
        </w:tc>
      </w:tr>
      <w:tr w:rsidR="0033026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3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«Русская игрушка. Традиция, ремесло, образ. </w:t>
            </w:r>
          </w:p>
          <w:p w:rsidR="00330269" w:rsidRDefault="00CD0FF2">
            <w:pPr>
              <w:autoSpaceDE w:val="0"/>
              <w:autoSpaceDN w:val="0"/>
              <w:spacing w:before="20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Как играли в старину» (МЭШ)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https://uchebnik.mos.ru/material_view/atomic_ objects/8478268?menuReferrer=catalogue</w:t>
            </w:r>
          </w:p>
        </w:tc>
      </w:tr>
      <w:tr w:rsidR="00330269">
        <w:trPr>
          <w:trHeight w:hRule="exact" w:val="350"/>
        </w:trPr>
        <w:tc>
          <w:tcPr>
            <w:tcW w:w="3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/>
        </w:tc>
      </w:tr>
      <w:tr w:rsidR="00330269" w:rsidRPr="00CD0FF2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30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2. ТЕХНОЛОГИИ РУЧНОЙ ОБРАБОТКИ МАТЕРИАЛОВ</w:t>
            </w:r>
          </w:p>
        </w:tc>
      </w:tr>
      <w:tr w:rsidR="00330269" w:rsidRPr="00CD0FF2">
        <w:trPr>
          <w:trHeight w:hRule="exact" w:val="1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Бережное, экономное и рациональное использование обрабатываемых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материалов.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Использование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конструктивных особенностей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материалов при изготовлении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 руководством учителя организовывать свою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деятельность: подготавливать рабочее место для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работы с бумагой и картоном, правильно 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рационально размещать инструменты и материалы в соответствии с индивидуальными особенностями обучающихся, в процессе выполнения изделия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4" w:right="43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«Природа и творчество. Природные материалы. </w:t>
            </w:r>
          </w:p>
          <w:p w:rsidR="00330269" w:rsidRPr="001C3F6A" w:rsidRDefault="00CD0FF2">
            <w:pPr>
              <w:autoSpaceDE w:val="0"/>
              <w:autoSpaceDN w:val="0"/>
              <w:spacing w:before="18" w:after="0" w:line="245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Листья и фантазии» 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/5365/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/167915/</w:t>
            </w:r>
          </w:p>
        </w:tc>
      </w:tr>
    </w:tbl>
    <w:p w:rsidR="00330269" w:rsidRPr="001C3F6A" w:rsidRDefault="0033026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34"/>
        <w:gridCol w:w="528"/>
        <w:gridCol w:w="1104"/>
        <w:gridCol w:w="1142"/>
        <w:gridCol w:w="864"/>
        <w:gridCol w:w="3902"/>
        <w:gridCol w:w="1236"/>
        <w:gridCol w:w="3424"/>
      </w:tblGrid>
      <w:tr w:rsidR="00330269" w:rsidRPr="00CD0FF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Основные технологические операции ручной обработки материалов: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разметка деталей, выделение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деталей, формообразование деталей, сборка изделия, отделка изделия или его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3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«Секреты бумаги и картона. </w:t>
            </w:r>
          </w:p>
          <w:p w:rsidR="00330269" w:rsidRPr="001C3F6A" w:rsidRDefault="00CD0FF2">
            <w:pPr>
              <w:autoSpaceDE w:val="0"/>
              <w:autoSpaceDN w:val="0"/>
              <w:spacing w:before="20" w:after="0" w:line="247" w:lineRule="auto"/>
              <w:ind w:left="74" w:right="115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Оригами» 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 4230/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/170488/</w:t>
            </w:r>
          </w:p>
        </w:tc>
      </w:tr>
      <w:tr w:rsidR="00330269" w:rsidRPr="00CD0FF2">
        <w:trPr>
          <w:trHeight w:hRule="exact" w:val="20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Способы разметки деталей: на глаз и от руки, по шаблону, по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линейке (как  направляющему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инструменту без откладывания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размеров) с опорой на рисунки,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графическую инструкцию,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рациональную разметку (разметка на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графическую инструкцию, простейшую схему;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«Шаблон. Для чего он нужен?»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/5969/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/170658/</w:t>
            </w:r>
          </w:p>
        </w:tc>
      </w:tr>
      <w:tr w:rsidR="00330269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Чтение условных графических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изображений (называние операций, способов и приёмов работы,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https://resh.edu.ru/subject/lesson/5096/start/190479/</w:t>
            </w:r>
          </w:p>
        </w:tc>
      </w:tr>
      <w:tr w:rsidR="00330269" w:rsidRPr="00CD0FF2">
        <w:trPr>
          <w:trHeight w:hRule="exact" w:val="17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 экономной и аккуратной разметки. Рациональная разметка и вырезание 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 руководством учителя наблюдать, сравнивать, сопоставлять свойства бумаги (состав, цвет,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прочность); определять виды бумаги по цвету,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4" w:right="43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«Бабочки. Как изготовить их из листа бумаги?»</w:t>
            </w:r>
          </w:p>
          <w:p w:rsidR="00330269" w:rsidRPr="001C3F6A" w:rsidRDefault="00CD0FF2">
            <w:pPr>
              <w:autoSpaceDE w:val="0"/>
              <w:autoSpaceDN w:val="0"/>
              <w:spacing w:before="212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/5968/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/170710/</w:t>
            </w:r>
          </w:p>
        </w:tc>
      </w:tr>
      <w:tr w:rsidR="00330269" w:rsidRPr="00CD0FF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Способы соединения деталей в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изделии: с помощью пластилина, клея, скручивание, сшивание и др.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и правила аккуратной работы с клеем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046DC3" w:rsidRDefault="00330269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Видеоурок по изготовлению самолета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«Летучая мышь» 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/7566683?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</w:p>
        </w:tc>
      </w:tr>
      <w:tr w:rsidR="00330269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2.7.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Отделка изделия или его деталей (окрашивание, вышивка,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 руководством учителя наблюдать, сравнивать, сопоставлять свойства бумаги (состав, цвет,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прочность); определять виды бумаги по цвету,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4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«Конструирование из цветной бумаги "Бабочка"» 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/10096685?</w:t>
            </w:r>
          </w:p>
          <w:p w:rsidR="00330269" w:rsidRDefault="00CD0FF2">
            <w:pPr>
              <w:autoSpaceDE w:val="0"/>
              <w:autoSpaceDN w:val="0"/>
              <w:spacing w:before="2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</w:tbl>
    <w:p w:rsidR="00330269" w:rsidRDefault="0033026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34"/>
        <w:gridCol w:w="528"/>
        <w:gridCol w:w="1104"/>
        <w:gridCol w:w="1142"/>
        <w:gridCol w:w="864"/>
        <w:gridCol w:w="3902"/>
        <w:gridCol w:w="1236"/>
        <w:gridCol w:w="3424"/>
      </w:tblGrid>
      <w:tr w:rsidR="00330269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Подбор соответствующих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инструментов и способов обработки материалов в зависимости от их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 руководством учителя наблюдать, сравнивать, сопоставлять свойства бумаги (состав, цвет,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прочность); определять виды бумаги по цвету,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4" w:right="43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«Аппликация из засушенных листьев "Бабочка"» 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/2353502?</w:t>
            </w:r>
          </w:p>
          <w:p w:rsidR="00330269" w:rsidRDefault="00CD0FF2">
            <w:pPr>
              <w:autoSpaceDE w:val="0"/>
              <w:autoSpaceDN w:val="0"/>
              <w:spacing w:before="2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Наиболее распространённые виды бумаги. Их общие свойства.</w:t>
            </w:r>
          </w:p>
          <w:p w:rsidR="00330269" w:rsidRPr="001C3F6A" w:rsidRDefault="00CD0FF2">
            <w:pPr>
              <w:autoSpaceDE w:val="0"/>
              <w:autoSpaceDN w:val="0"/>
              <w:spacing w:before="20" w:after="0" w:line="250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Простейшие способы обработки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 различных видов: сгибание и складывание, сминание, обрывание, 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 руководством учителя наблюдать, сравнивать, сопоставлять свойства бумаги (состав, цвет,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прочность); определять виды бумаги по цвету,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толщине, прочности. Осваивать 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3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«Работа с бумагой.</w:t>
            </w:r>
          </w:p>
          <w:p w:rsidR="00330269" w:rsidRPr="001C3F6A" w:rsidRDefault="00CD0FF2">
            <w:pPr>
              <w:autoSpaceDE w:val="0"/>
              <w:autoSpaceDN w:val="0"/>
              <w:spacing w:before="20" w:after="0" w:line="250" w:lineRule="auto"/>
              <w:ind w:left="74" w:right="1218"/>
              <w:jc w:val="both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Аппликация "Жираф"» (МЭШ)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/2354677?</w:t>
            </w:r>
          </w:p>
          <w:p w:rsidR="00330269" w:rsidRDefault="00CD0FF2">
            <w:pPr>
              <w:autoSpaceDE w:val="0"/>
              <w:autoSpaceDN w:val="0"/>
              <w:spacing w:before="18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 w:rsidRPr="00CD0F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Резание бумаги ножницами. Правила безопасной работы, передачи 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хранения ножниц.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6A0F37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 w:right="576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«Ножницы. Что ты о них знаешь?»(РЭШ)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/5965/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/170616/</w:t>
            </w:r>
          </w:p>
        </w:tc>
      </w:tr>
      <w:tr w:rsidR="00330269" w:rsidRPr="00CD0FF2">
        <w:trPr>
          <w:trHeight w:hRule="exact" w:val="1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Наблюдать и называть свойства пластилина (или других используемых пластических масс): цвет, пластичность;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4" w:right="576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Урок «Что может пластилин? Проектное задание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«Аквариум» 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5095/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/168042/</w:t>
            </w:r>
          </w:p>
        </w:tc>
      </w:tr>
      <w:tr w:rsidR="00330269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2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Приёмы изготовления изделий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доступной по сложности формы из них: разметка на глаз, отделение части (стекой, отрыванием),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стеки при работе с пластичными материалами, а также при отделке изделия или его деталей;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 w:right="115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 «Пластилинография»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/10634269?</w:t>
            </w:r>
          </w:p>
          <w:p w:rsidR="00330269" w:rsidRDefault="00CD0FF2">
            <w:pPr>
              <w:autoSpaceDE w:val="0"/>
              <w:autoSpaceDN w:val="0"/>
              <w:spacing w:before="18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природных материалов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(плоские — листья и объёмные —орехи, шишки, 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и классифицировать собранные природные материалы по их форме. Рассуждать о соответствии форм природного материала и известных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геометрических форм;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 w:right="576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«Свойства и заготовка природных материалов» 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/2381226?</w:t>
            </w:r>
          </w:p>
          <w:p w:rsidR="00330269" w:rsidRDefault="00CD0FF2">
            <w:pPr>
              <w:autoSpaceDE w:val="0"/>
              <w:autoSpaceDN w:val="0"/>
              <w:spacing w:before="2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2.14.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Приёмы работы с природными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материалами: подбор материалов в соответствии с замыслом,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046DC3" w:rsidRDefault="00330269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свой выбор природного материала для выполнения изделий;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4" w:right="576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«Свойства и заготовка природных материалов»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templates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/2381226?</w:t>
            </w:r>
          </w:p>
          <w:p w:rsidR="00330269" w:rsidRDefault="00CD0FF2">
            <w:pPr>
              <w:autoSpaceDE w:val="0"/>
              <w:autoSpaceDN w:val="0"/>
              <w:spacing w:before="20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 w:rsidRPr="00CD0FF2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Общее представление о тканях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Исследовать строение (переплетение нитей) и общие свойства нескольких видов тканей (сминаемость, прочность), сравнивать виды тканей между собой и с бумагой;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«Мир тканей. Для чего нужны ткани?»(РЭШ)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/4228/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/170848/</w:t>
            </w:r>
          </w:p>
        </w:tc>
      </w:tr>
    </w:tbl>
    <w:p w:rsidR="00330269" w:rsidRPr="001C3F6A" w:rsidRDefault="0033026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34"/>
        <w:gridCol w:w="528"/>
        <w:gridCol w:w="1104"/>
        <w:gridCol w:w="1142"/>
        <w:gridCol w:w="869"/>
        <w:gridCol w:w="3902"/>
        <w:gridCol w:w="1236"/>
        <w:gridCol w:w="3424"/>
      </w:tblGrid>
      <w:tr w:rsidR="00330269" w:rsidRPr="00CD0FF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Швейные инструменты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Знать строение иглы, различать виды швейных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приспособлений, виды игл, их назначение, различия в конструкциях, применять правила хранения игл и булавок;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4" w:right="100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«Что умеет игла? Вышивка»(РЭШ)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/5366/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/190500/</w:t>
            </w:r>
          </w:p>
        </w:tc>
      </w:tr>
      <w:tr w:rsidR="00330269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строчку прямого стежка;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50" w:lineRule="auto"/>
              <w:ind w:left="74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"Что умеет игла?"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https://kopilkaurokov.ru/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nachalniyeKlassi/uroki/1_klass_ighla_ truzhienitsa_tiekhnologhiia</w:t>
            </w:r>
          </w:p>
        </w:tc>
      </w:tr>
      <w:tr w:rsidR="00330269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«волна», «цепочка»).</w:t>
            </w:r>
          </w:p>
          <w:p w:rsidR="00330269" w:rsidRPr="001C3F6A" w:rsidRDefault="00CD0FF2">
            <w:pPr>
              <w:autoSpaceDE w:val="0"/>
              <w:autoSpaceDN w:val="0"/>
              <w:spacing w:before="18" w:after="0" w:line="245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Понимать назначение изученных строчек (отделка, соединение деталей);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50" w:lineRule="auto"/>
              <w:ind w:left="74" w:right="414"/>
              <w:jc w:val="both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«Заплатка (работа с тканью)»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(МЭШ) https://uchebnik.mos.ru/material_view/lesson_ templates/1328970?</w:t>
            </w:r>
          </w:p>
          <w:p w:rsidR="00330269" w:rsidRDefault="00CD0FF2">
            <w:pPr>
              <w:autoSpaceDE w:val="0"/>
              <w:autoSpaceDN w:val="0"/>
              <w:spacing w:before="18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 w:rsidTr="00A41CC9">
        <w:trPr>
          <w:trHeight w:hRule="exact" w:val="970"/>
        </w:trPr>
        <w:tc>
          <w:tcPr>
            <w:tcW w:w="3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</w:t>
            </w:r>
          </w:p>
        </w:tc>
        <w:tc>
          <w:tcPr>
            <w:tcW w:w="11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/>
        </w:tc>
      </w:tr>
      <w:tr w:rsidR="0033026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330269" w:rsidTr="00046DC3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Простые и объёмные конструкции из разных материалов (пластические массы, бумага, текстиль и др.) 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 их 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опрос; Практическая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4" w:right="115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«Объёмная аппликация «Берёзовая роща» 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/8528639?</w:t>
            </w:r>
          </w:p>
          <w:p w:rsidR="00330269" w:rsidRDefault="00CD0FF2">
            <w:pPr>
              <w:autoSpaceDE w:val="0"/>
              <w:autoSpaceDN w:val="0"/>
              <w:spacing w:before="2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  <w:tr w:rsidR="00330269" w:rsidTr="00046DC3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Общее представление о конструкции изделия; детали и части изделия, их взаимное расположение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дополнительные детали конструкции, называть их форму и способ соединения; анализировать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конструкцию изделия по рисунку, фотографии, схеме;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использованием«Оценочного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листа»;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3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«Орнамент в полосе. </w:t>
            </w:r>
          </w:p>
          <w:p w:rsidR="00330269" w:rsidRDefault="00CD0FF2">
            <w:pPr>
              <w:autoSpaceDE w:val="0"/>
              <w:autoSpaceDN w:val="0"/>
              <w:spacing w:before="20" w:after="0" w:line="250" w:lineRule="auto"/>
              <w:ind w:left="74" w:right="115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Какие краски у весны?»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(РЭШ) https://resh.edu.ru/subject/lesson/ 5974/start/170795/</w:t>
            </w:r>
          </w:p>
        </w:tc>
      </w:tr>
      <w:tr w:rsidR="00330269" w:rsidTr="00046DC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в работе осваиваемые способы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соединения деталей в изделиях из разных материалов;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5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 «Аппликация "Волшебная рыбка" (МЭШ) https://uchebnik.mos.ru/material_view/atomic_ objects/10645028?menuReferrer=catalogue</w:t>
            </w:r>
          </w:p>
        </w:tc>
      </w:tr>
      <w:tr w:rsidR="00330269" w:rsidRPr="00CD0FF2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порядок действий в зависимости от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3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Урок «Весенний праздник 8 Марта. </w:t>
            </w:r>
          </w:p>
          <w:p w:rsidR="00330269" w:rsidRPr="001C3F6A" w:rsidRDefault="00CD0FF2">
            <w:pPr>
              <w:autoSpaceDE w:val="0"/>
              <w:autoSpaceDN w:val="0"/>
              <w:spacing w:before="20" w:after="0" w:line="245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Как сделать подарок – портрет?» (РЭШ)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/5970/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start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/170637/</w:t>
            </w:r>
          </w:p>
        </w:tc>
      </w:tr>
      <w:tr w:rsidR="00330269" w:rsidTr="00046DC3">
        <w:trPr>
          <w:trHeight w:hRule="exact" w:val="12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4" w:right="1152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«Летнее утро» (техника пластилинографии)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/10535397?</w:t>
            </w:r>
          </w:p>
          <w:p w:rsidR="00330269" w:rsidRDefault="00CD0FF2">
            <w:pPr>
              <w:autoSpaceDE w:val="0"/>
              <w:autoSpaceDN w:val="0"/>
              <w:spacing w:before="18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menuReferrer=catalogue</w:t>
            </w:r>
          </w:p>
        </w:tc>
      </w:tr>
    </w:tbl>
    <w:p w:rsidR="00330269" w:rsidRDefault="0033026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34"/>
        <w:gridCol w:w="528"/>
        <w:gridCol w:w="1104"/>
        <w:gridCol w:w="1142"/>
        <w:gridCol w:w="864"/>
        <w:gridCol w:w="3902"/>
        <w:gridCol w:w="1236"/>
        <w:gridCol w:w="3424"/>
      </w:tblGrid>
      <w:tr w:rsidR="00330269" w:rsidRPr="00CD0FF2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2" w:lineRule="auto"/>
              <w:ind w:left="72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Взаимосвязь выполняемого действия и результата. Элементарное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прогнозирование порядка действий в зависимости от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порядок действий в зависимости от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50" w:lineRule="auto"/>
              <w:ind w:left="7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Видео «Композиция из природного материала» (МЭШ) </w:t>
            </w:r>
            <w:r w:rsidRPr="001C3F6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uchebnik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mos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material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_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view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atomic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_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objects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/9948813?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menuReferrer</w:t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=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catalogue</w:t>
            </w:r>
          </w:p>
        </w:tc>
      </w:tr>
      <w:tr w:rsidR="00330269" w:rsidTr="00A41CC9">
        <w:trPr>
          <w:trHeight w:hRule="exact" w:val="1151"/>
        </w:trPr>
        <w:tc>
          <w:tcPr>
            <w:tcW w:w="3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/>
        </w:tc>
      </w:tr>
      <w:tr w:rsidR="00330269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33026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394"/>
              <w:jc w:val="both"/>
            </w:pPr>
            <w:r w:rsidRPr="001C3F6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https://resh.edu.ru/subject/lesson/5624/start/289878/</w:t>
            </w:r>
          </w:p>
        </w:tc>
      </w:tr>
      <w:tr w:rsidR="00330269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простейшие преобразования информации (например, перевод текстовой информации в </w:t>
            </w:r>
            <w:r w:rsidRPr="001C3F6A">
              <w:br/>
            </w: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рисуночную и/или табличную форму);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https://resh.edu.ru/subject/lesson/3999/start/270597/</w:t>
            </w:r>
          </w:p>
        </w:tc>
      </w:tr>
      <w:tr w:rsidR="00330269">
        <w:trPr>
          <w:trHeight w:hRule="exact" w:val="348"/>
        </w:trPr>
        <w:tc>
          <w:tcPr>
            <w:tcW w:w="3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/>
        </w:tc>
      </w:tr>
      <w:tr w:rsidR="00330269">
        <w:trPr>
          <w:trHeight w:hRule="exact" w:val="520"/>
        </w:trPr>
        <w:tc>
          <w:tcPr>
            <w:tcW w:w="3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Pr="001C3F6A" w:rsidRDefault="00CD0FF2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1C3F6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CD0FF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</w:t>
            </w:r>
          </w:p>
        </w:tc>
        <w:tc>
          <w:tcPr>
            <w:tcW w:w="9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269" w:rsidRDefault="00330269"/>
        </w:tc>
      </w:tr>
    </w:tbl>
    <w:p w:rsidR="00330269" w:rsidRDefault="00330269">
      <w:pPr>
        <w:autoSpaceDE w:val="0"/>
        <w:autoSpaceDN w:val="0"/>
        <w:spacing w:after="0" w:line="14" w:lineRule="exact"/>
      </w:pPr>
    </w:p>
    <w:p w:rsidR="00046DC3" w:rsidRDefault="00046DC3"/>
    <w:p w:rsidR="00046DC3" w:rsidRDefault="00046DC3" w:rsidP="00046DC3">
      <w:pPr>
        <w:rPr>
          <w:rFonts w:ascii="Times New Roman" w:hAnsi="Times New Roman" w:cs="Times New Roman"/>
          <w:b/>
          <w:sz w:val="24"/>
          <w:szCs w:val="24"/>
        </w:rPr>
      </w:pPr>
      <w:r w:rsidRPr="00046DC3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046DC3" w:rsidRPr="00AD2C61" w:rsidRDefault="00046DC3" w:rsidP="00046DC3">
      <w:pPr>
        <w:autoSpaceDE w:val="0"/>
        <w:autoSpaceDN w:val="0"/>
        <w:spacing w:after="258" w:line="233" w:lineRule="auto"/>
      </w:pPr>
      <w:r w:rsidRPr="00AD2C61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984"/>
        <w:gridCol w:w="528"/>
        <w:gridCol w:w="1104"/>
        <w:gridCol w:w="1140"/>
        <w:gridCol w:w="866"/>
        <w:gridCol w:w="3950"/>
        <w:gridCol w:w="1080"/>
        <w:gridCol w:w="1382"/>
      </w:tblGrid>
      <w:tr w:rsidR="00046DC3" w:rsidTr="00046DC3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AD2C61" w:rsidRDefault="00046DC3" w:rsidP="00046DC3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 w:rsidRPr="00AD2C61">
              <w:br/>
            </w: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>п/п</w:t>
            </w:r>
          </w:p>
        </w:tc>
        <w:tc>
          <w:tcPr>
            <w:tcW w:w="4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AD2C61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AD2C61" w:rsidRDefault="00046DC3" w:rsidP="00046DC3">
            <w:pPr>
              <w:autoSpaceDE w:val="0"/>
              <w:autoSpaceDN w:val="0"/>
              <w:spacing w:before="78" w:after="0" w:line="245" w:lineRule="auto"/>
              <w:ind w:left="72"/>
            </w:pP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 w:rsidRPr="00AD2C61">
              <w:br/>
            </w: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>изучения</w:t>
            </w:r>
          </w:p>
        </w:tc>
        <w:tc>
          <w:tcPr>
            <w:tcW w:w="3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AD2C61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AD2C61" w:rsidRDefault="00046DC3" w:rsidP="00046DC3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 w:rsidRPr="00AD2C61">
              <w:br/>
            </w: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 xml:space="preserve">формы </w:t>
            </w:r>
            <w:r w:rsidRPr="00AD2C61">
              <w:br/>
            </w: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 w:rsidRPr="00AD2C6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>Электро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46DC3" w:rsidTr="00046DC3">
        <w:trPr>
          <w:trHeight w:hRule="exact" w:val="57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C3" w:rsidRDefault="00046DC3" w:rsidP="00046DC3"/>
        </w:tc>
        <w:tc>
          <w:tcPr>
            <w:tcW w:w="4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C3" w:rsidRDefault="00046DC3" w:rsidP="00046DC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C3" w:rsidRDefault="00046DC3" w:rsidP="00046DC3"/>
        </w:tc>
        <w:tc>
          <w:tcPr>
            <w:tcW w:w="3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C3" w:rsidRDefault="00046DC3" w:rsidP="00046DC3"/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C3" w:rsidRDefault="00046DC3" w:rsidP="00046DC3"/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DC3" w:rsidRDefault="00046DC3" w:rsidP="00046DC3"/>
        </w:tc>
      </w:tr>
      <w:tr w:rsidR="00046DC3" w:rsidRPr="00087960" w:rsidTr="00046D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lastRenderedPageBreak/>
              <w:t>Модуль 1. ТЕХНОЛОГИИ, ПРОФЕССИИ И ПРОИЗВОДСТВА</w:t>
            </w:r>
          </w:p>
        </w:tc>
      </w:tr>
      <w:tr w:rsidR="00046DC3" w:rsidTr="00046DC3">
        <w:trPr>
          <w:trHeight w:hRule="exact" w:val="111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2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Выбирать правила безопасной работы, выбирать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инструменты и приспособления в зависимости от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изготавливаемых изделий. Изучать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возможности использования изучаемых инструментов и приспособлений людьми разных профессий;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Средства художественной выразительности (композиция, цвет, тон и др.).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Изготовление изделий с учётом данного принципа.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Рассматривать использование принципа создания вещей, средств художественной выразительности в различных отраслях и профессиях;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Общее представление о технологическом процессе: анализ устройства и назначения изделия; выстраивание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Организовывать рабочее место в зависимости от вида работы. Рационально размещать на рабочем месте материалы и инструменты; владеть правилами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безопасного использования инструментов;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Изучать важность подготовки, организации, уборки, поддержания порядка рабочего места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Изготовление изделий из различных материалов с соблюдением этапов технологического процесса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046DC3" w:rsidRDefault="00046DC3" w:rsidP="00046DC3">
            <w:pPr>
              <w:autoSpaceDE w:val="0"/>
              <w:autoSpaceDN w:val="0"/>
              <w:spacing w:before="78" w:after="0" w:line="250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Изготавливать изделия из различных материалов, использовать свойства материалов при работе над изделием. </w:t>
            </w:r>
            <w:r w:rsidRPr="00046DC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Подготавливать материалы к работе;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Традиции и современность. Новая жизнь древних про-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фессий. Совершенствование их технологических процессов. Мастера и их профессии; правила мастера.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Культурные традиции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Изучать особенности профессиональной деятельности людей, связанной с изучаемым материалом;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Элементарная творческая и проектная деятельность (создание замысла, его детализация и воплощение).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Несложные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коллективные, групповые проекты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046DC3" w:rsidRDefault="00046DC3" w:rsidP="00046DC3">
            <w:pPr>
              <w:autoSpaceDE w:val="0"/>
              <w:autoSpaceDN w:val="0"/>
              <w:spacing w:before="76" w:after="0" w:line="252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Формировать элементарные представления об основном принципе создания мира вещей: прочность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конструкции, удобство использования, эстетическая выразительность. </w:t>
            </w:r>
            <w:r w:rsidRPr="00046DC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Изготавливать изделия с учётом </w:t>
            </w:r>
            <w:r w:rsidRPr="00046DC3">
              <w:br/>
            </w:r>
            <w:r w:rsidRPr="00046DC3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данного принципа;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348"/>
        </w:trPr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/>
        </w:tc>
      </w:tr>
      <w:tr w:rsidR="00046DC3" w:rsidRPr="00087960" w:rsidTr="00046D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2. ТЕХНОЛОГИИ РУЧНОЙ ОБРАБОТКИ МАТЕРИАЛОВ</w:t>
            </w:r>
          </w:p>
        </w:tc>
      </w:tr>
      <w:tr w:rsidR="00046DC3" w:rsidTr="00046DC3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Многообразие материалов, их свойств и их практическое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применение в жизни. Исследование и сравнение элементарных физических, механических и технологических свойств различных материалов.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Выбор материалов по их декоративно-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художественным и конструктивным свойствам.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4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 заданному образцу организовывать свою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деятельность: подготавливать рабочее место для работы с бумагой и картоном, правильно и рационально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бу-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маги и др.), сборка изделия (сшивание)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построение прямоугольника от двух прямых углов, от одного прямого угла;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разметку деталей и изготовление изделий из бумаги способом сгибания и складывания;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Подвижное соединение деталей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подвижное соединение деталей изделия на проволоку, толстую нитку;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соответствующих способов обработки материалов в зависимости от вида и назначения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Узнавать, называть, выполнять и выбирать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технологические приёмы ручной обработки материалов в зависимости от их свойств;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условных графических изображений: рисунок, простейший чертёж, эскиз, схема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Различать виды условных графических изображений: рисунок, простейший чертёж, эскиз, схема.</w:t>
            </w:r>
          </w:p>
          <w:p w:rsidR="00046DC3" w:rsidRPr="001D33E7" w:rsidRDefault="00046DC3" w:rsidP="00046DC3">
            <w:pPr>
              <w:autoSpaceDE w:val="0"/>
              <w:autoSpaceDN w:val="0"/>
              <w:spacing w:before="20" w:after="0" w:line="247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в практической работе чертёжные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инструменты — линейку (угольник, циркуль), знать их функциональное назначение, конструкцию;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7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Чертёжные инструменты — линейка (угольник, циркуль).</w:t>
            </w:r>
          </w:p>
          <w:p w:rsidR="00046DC3" w:rsidRPr="001D33E7" w:rsidRDefault="00046DC3" w:rsidP="00046DC3">
            <w:pPr>
              <w:autoSpaceDE w:val="0"/>
              <w:autoSpaceDN w:val="0"/>
              <w:spacing w:before="20" w:after="0" w:line="245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Их функциональное назначение, конструкция. Приёмы безопасной работы колющими (циркуль) инструментами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4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Применять правила рационального и безопасного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использования чертёжных инструментов (линейка, угольник, циркуль). Определять названия и назначение основных инструментов и приспособлений для ручного труда, использовать их в практической работе;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 графическую чертёжную документацию: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рисунок, простейший чертёж, эскиз и схему с учётом условных обозначений;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Технология обработки бумаги и картона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 выполнении операций разметки и сборки деталей использовать особенности работы с тонким картоном и плотными видами бумаги, выполнять биговку;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Назначение линий чертежа (контур, линия разреза, сгиба,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выносная, размерная).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Чтение условных графических изображений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 графическую чертёжную документацию: рисунок, простейший чертёж, эскиз и схему с учётом условных обозначений;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Построение прямоугольника от двух прямых углов (от одного прямого угла).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построение прямоугольника от двух прямых углов, от одного прямого угла;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0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4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4" w:after="0" w:line="245" w:lineRule="auto"/>
              <w:ind w:left="72" w:right="18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Сгибание и складывание тонкого картона и плотных видов бумаги — биговка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4" w:after="0" w:line="250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 выполнении операций разметки и сборки деталей использовать особенности работы с тонким картоном и плотными видами бумаги, выполнять биговку;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2.11.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Разметка деталей с опорой на простейший чертёж, эскиз. Изготовление изделий по рисунку, простейшему чертежу или эскизу, схеме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4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 природные материалы и образцы изделий (в том числе иллюстративного ряда, фото и видео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материалов); обсуждать правила и технологии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использования природных форм в декоративно-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прикладных изделиях; использовать правила создания гармоничной композиции на плоскости. Создавать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фронтальные и объёмно-пространственные композиции из природных материалов в группах по слайдовому плану, выполненным эскизам, наброскам;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80" w:after="0" w:line="245" w:lineRule="auto"/>
              <w:ind w:left="72" w:right="1440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Использование измерений, вычислений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 построений для решения практических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80" w:after="0" w:line="245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Выбирать материалы в соответствии с заданными критериями;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Подвижное соединение деталей на проволоку, толстую нитку.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подвижное соединение деталей изделия на проволоку, толстую нитку;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Сравнивать различные виды нитей для работы с тканью и изготовления других изделий;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ниток (швейные, мулине)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Определять виды ниток: шёлковые, мулине, швейные, пряжа, их использование;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Трикотаж, нетканые материалы (общее представление), его строение и основные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при выполнении изделий нетканые материалы (флизелин, синтепон, ватные диски), знать их строение, свойства;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Варианты строчки прямого стежка (перевивы, наборы) и/или строчка косого стежка и её варианты (крестик, стебельчатая, ёлочка)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отделку деталей изделия, используя строчки стежков, а также различными отделочными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Лекало. Разметка с помощью лекала (простейшей выкройки)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Осуществлять контроль выполнения работы над изделием по шаблонам и лекалам;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2.19.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7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Соблюдать технологическую последовательность изготовления несложного швейного изделия (разметка деталей, выкраивание деталей, отделка деталей,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сшивание деталей);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2.20.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864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виды ниток: шёлковые, мулине, швейные, пряжа, их использование;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при выполнении изделий нетканые материалы (флизелин, синтепон, ватные диски), знать их строение, свойства;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348"/>
        </w:trPr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9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/>
        </w:tc>
      </w:tr>
      <w:tr w:rsidR="00046DC3" w:rsidTr="00046D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046DC3" w:rsidTr="00046DC3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47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Основные и дополнительные детали. Общее представление о правилах создания гармоничной композиции.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Симметрия, способы разметки и конструирования симметричных форм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Выделять основные и дополнительные детали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материалов по простейшему чертежу или эскизу;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720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Конструирование и моделирование изделий из различных материалов по простейшему чертежу или эскизу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2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Вносить элементарные конструктивные изменения и дополнения в изделие в связи с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дополненными/изменёнными функциями/условиями использования: изменять детали конструкции изделия для создания разных его вариантов, вносить творческие изменения в создаваемые изделия;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Подвижное соединение деталей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54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Выделять основные и дополнительные детали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конструкции, называть их форму и определять способ соединения; анализировать конструкцию изделия по рисунку, фотографии, схеме и готовому образцу;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конструировать и моделировать изделия из различных материалов по простейшему чертежу или эскизу; </w:t>
            </w:r>
            <w:r w:rsidRPr="001D33E7">
              <w:br/>
            </w: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Учитывать основные принципы создания конструкции: прочность и жёсткость;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Внесение элементарных конструктивных изменений и дополнений в изделие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 выполнении практических работ учитывать правила создания гармоничной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348"/>
        </w:trPr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/>
        </w:tc>
      </w:tr>
      <w:tr w:rsidR="00046DC3" w:rsidTr="00046DC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046DC3" w:rsidTr="00046DC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45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Анализировать готовые материалы, представленные учителем на информационных носителях;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Поиск информации. Интернет как источник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Осуществлять поиск информации, в том числе в Интернете под руководством взрослого;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046DC3" w:rsidTr="00046DC3">
        <w:trPr>
          <w:trHeight w:hRule="exact" w:val="348"/>
        </w:trPr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/>
        </w:tc>
      </w:tr>
      <w:tr w:rsidR="00046DC3" w:rsidTr="00046DC3">
        <w:trPr>
          <w:trHeight w:hRule="exact" w:val="328"/>
        </w:trPr>
        <w:tc>
          <w:tcPr>
            <w:tcW w:w="5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Pr="001D33E7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 w:rsidRPr="001D33E7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7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DC3" w:rsidRDefault="00046DC3" w:rsidP="00046DC3"/>
        </w:tc>
      </w:tr>
    </w:tbl>
    <w:p w:rsidR="00046DC3" w:rsidRDefault="00046DC3" w:rsidP="00046DC3">
      <w:pPr>
        <w:autoSpaceDE w:val="0"/>
        <w:autoSpaceDN w:val="0"/>
        <w:spacing w:after="0" w:line="14" w:lineRule="exact"/>
      </w:pPr>
    </w:p>
    <w:p w:rsidR="009A1DEA" w:rsidRDefault="009A1DEA" w:rsidP="00046DC3">
      <w:pPr>
        <w:rPr>
          <w:rFonts w:ascii="Times New Roman" w:hAnsi="Times New Roman" w:cs="Times New Roman"/>
          <w:b/>
          <w:sz w:val="24"/>
          <w:szCs w:val="24"/>
        </w:rPr>
      </w:pPr>
    </w:p>
    <w:p w:rsidR="00046DC3" w:rsidRDefault="00046DC3" w:rsidP="00046DC3">
      <w:pPr>
        <w:rPr>
          <w:b/>
          <w:sz w:val="24"/>
          <w:szCs w:val="24"/>
        </w:rPr>
      </w:pPr>
      <w:r w:rsidRPr="00046DC3">
        <w:rPr>
          <w:b/>
          <w:sz w:val="24"/>
          <w:szCs w:val="24"/>
        </w:rPr>
        <w:lastRenderedPageBreak/>
        <w:t>3 класс</w:t>
      </w:r>
    </w:p>
    <w:p w:rsidR="00046DC3" w:rsidRDefault="00DE1AAD" w:rsidP="00046DC3">
      <w:pPr>
        <w:spacing w:before="80"/>
        <w:ind w:left="10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381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17.65pt;width:775.65pt;height:.6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/MHPZHYCAAD5BAAADgAA&#10;AAAAAAAAAAAAAAAuAgAAZHJzL2Uyb0RvYy54bWxQSwECLQAUAAYACAAAACEAT+xrn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46DC3">
        <w:rPr>
          <w:b/>
          <w:sz w:val="19"/>
        </w:rPr>
        <w:t>ТЕМАТИЧЕСКОЕ</w:t>
      </w:r>
      <w:r w:rsidR="00046DC3">
        <w:rPr>
          <w:b/>
          <w:spacing w:val="9"/>
          <w:sz w:val="19"/>
        </w:rPr>
        <w:t xml:space="preserve"> </w:t>
      </w:r>
      <w:r w:rsidR="00046DC3">
        <w:rPr>
          <w:b/>
          <w:sz w:val="19"/>
        </w:rPr>
        <w:t>ПЛАНИРОВАНИЕ</w:t>
      </w:r>
    </w:p>
    <w:p w:rsidR="00046DC3" w:rsidRDefault="00046DC3" w:rsidP="00046DC3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Tr="00046DC3">
        <w:trPr>
          <w:trHeight w:val="333"/>
        </w:trPr>
        <w:tc>
          <w:tcPr>
            <w:tcW w:w="468" w:type="dxa"/>
            <w:vMerge w:val="restart"/>
          </w:tcPr>
          <w:p w:rsidR="00046DC3" w:rsidRDefault="00046DC3" w:rsidP="00046DC3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5319" w:type="dxa"/>
            <w:vMerge w:val="restart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46DC3" w:rsidRDefault="00046DC3" w:rsidP="00046DC3">
            <w:pPr>
              <w:pStyle w:val="TableParagraph"/>
              <w:spacing w:before="74" w:line="266" w:lineRule="auto"/>
              <w:ind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485" w:type="dxa"/>
            <w:vMerge w:val="restart"/>
          </w:tcPr>
          <w:p w:rsidR="00046DC3" w:rsidRDefault="00046DC3" w:rsidP="00046DC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560" w:type="dxa"/>
            <w:vMerge w:val="restart"/>
          </w:tcPr>
          <w:p w:rsidR="00046DC3" w:rsidRDefault="00046DC3" w:rsidP="00046DC3">
            <w:pPr>
              <w:pStyle w:val="TableParagraph"/>
              <w:spacing w:before="74" w:line="266" w:lineRule="auto"/>
              <w:ind w:left="79" w:right="48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2028" w:type="dxa"/>
            <w:vMerge w:val="restart"/>
          </w:tcPr>
          <w:p w:rsidR="00046DC3" w:rsidRDefault="00046DC3" w:rsidP="00046DC3">
            <w:pPr>
              <w:pStyle w:val="TableParagraph"/>
              <w:spacing w:before="74" w:line="266" w:lineRule="auto"/>
              <w:ind w:left="80" w:right="8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046DC3" w:rsidTr="00046DC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046DC3" w:rsidRDefault="00046DC3" w:rsidP="00046DC3">
            <w:pPr>
              <w:rPr>
                <w:sz w:val="2"/>
                <w:szCs w:val="2"/>
              </w:rPr>
            </w:pPr>
          </w:p>
        </w:tc>
        <w:tc>
          <w:tcPr>
            <w:tcW w:w="5319" w:type="dxa"/>
            <w:vMerge/>
            <w:tcBorders>
              <w:top w:val="nil"/>
            </w:tcBorders>
          </w:tcPr>
          <w:p w:rsidR="00046DC3" w:rsidRDefault="00046DC3" w:rsidP="00046DC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46DC3" w:rsidRDefault="00046DC3" w:rsidP="00046DC3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 w:rsidR="00046DC3" w:rsidRDefault="00046DC3" w:rsidP="00046DC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46DC3" w:rsidRDefault="00046DC3" w:rsidP="00046DC3">
            <w:pPr>
              <w:rPr>
                <w:sz w:val="2"/>
                <w:szCs w:val="2"/>
              </w:rPr>
            </w:pPr>
          </w:p>
        </w:tc>
        <w:tc>
          <w:tcPr>
            <w:tcW w:w="2028" w:type="dxa"/>
            <w:vMerge/>
            <w:tcBorders>
              <w:top w:val="nil"/>
            </w:tcBorders>
          </w:tcPr>
          <w:p w:rsidR="00046DC3" w:rsidRDefault="00046DC3" w:rsidP="00046DC3">
            <w:pPr>
              <w:rPr>
                <w:sz w:val="2"/>
                <w:szCs w:val="2"/>
              </w:rPr>
            </w:pPr>
          </w:p>
        </w:tc>
      </w:tr>
      <w:tr w:rsidR="00046DC3" w:rsidRPr="00046DC3" w:rsidTr="00046DC3">
        <w:trPr>
          <w:trHeight w:val="333"/>
        </w:trPr>
        <w:tc>
          <w:tcPr>
            <w:tcW w:w="15496" w:type="dxa"/>
            <w:gridSpan w:val="9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046DC3" w:rsidTr="00046DC3">
        <w:trPr>
          <w:trHeight w:val="2830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6" w:right="21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Непрерывность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процесса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создания культуры. </w:t>
            </w:r>
            <w:r>
              <w:rPr>
                <w:b/>
                <w:w w:val="105"/>
                <w:sz w:val="15"/>
              </w:rPr>
              <w:t>Материальные и духовные потребности человека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движущие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силы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прогресса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Учитывать при работе над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рукотворного мира: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5"/>
                <w:sz w:val="15"/>
              </w:rPr>
              <w:t>размеров;</w:t>
            </w:r>
          </w:p>
          <w:p w:rsidR="00046DC3" w:rsidRDefault="00046DC3" w:rsidP="00046DC3">
            <w:pPr>
              <w:pStyle w:val="TableParagraph"/>
              <w:spacing w:before="20" w:line="266" w:lineRule="auto"/>
              <w:ind w:right="747"/>
              <w:rPr>
                <w:sz w:val="15"/>
              </w:rPr>
            </w:pPr>
            <w:r>
              <w:rPr>
                <w:w w:val="105"/>
                <w:sz w:val="15"/>
              </w:rPr>
              <w:t>материала и внешнего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201"/>
              <w:rPr>
                <w:sz w:val="15"/>
              </w:rPr>
            </w:pPr>
            <w:r>
              <w:rPr>
                <w:w w:val="105"/>
                <w:sz w:val="15"/>
              </w:rPr>
              <w:t>стилевая гармония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предметном ансамбле; </w:t>
            </w:r>
            <w:r>
              <w:rPr>
                <w:w w:val="105"/>
                <w:sz w:val="15"/>
              </w:rPr>
              <w:t>гармония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окружающей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  <w:p w:rsidR="00046DC3" w:rsidRDefault="00046DC3" w:rsidP="00046DC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9" w:right="46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28" w:type="dxa"/>
          </w:tcPr>
          <w:p w:rsidR="00046DC3" w:rsidRDefault="00046DC3" w:rsidP="00046DC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Инфоурокhttps://infourok.ru/</w:t>
            </w:r>
          </w:p>
        </w:tc>
      </w:tr>
      <w:tr w:rsidR="00046DC3" w:rsidTr="00046DC3">
        <w:trPr>
          <w:trHeight w:val="717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Разнообразие творческой трудовой деятельности в современных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условиях.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Разнообразие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right="58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изделиями;;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9" w:right="46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28" w:type="dxa"/>
          </w:tcPr>
          <w:p w:rsidR="00046DC3" w:rsidRDefault="00046DC3" w:rsidP="00046DC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Инфоурокhttps://infourok.ru/</w:t>
            </w:r>
          </w:p>
        </w:tc>
      </w:tr>
      <w:tr w:rsidR="00046DC3" w:rsidRPr="00046DC3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Современные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производства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аналогичных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используемым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right="186"/>
              <w:rPr>
                <w:sz w:val="15"/>
              </w:rPr>
            </w:pPr>
            <w:r>
              <w:rPr>
                <w:w w:val="105"/>
                <w:sz w:val="15"/>
              </w:rPr>
              <w:t>Изучать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 и 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Default="00046DC3" w:rsidP="00046DC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РЭШ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</w:t>
            </w:r>
          </w:p>
        </w:tc>
      </w:tr>
      <w:tr w:rsidR="00046DC3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Общие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создания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предметов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соответствие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формы, размеров, материала и внешнего оформления изделия 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назначению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right="186"/>
              <w:rPr>
                <w:sz w:val="15"/>
              </w:rPr>
            </w:pPr>
            <w:r>
              <w:rPr>
                <w:w w:val="105"/>
                <w:sz w:val="15"/>
              </w:rPr>
              <w:t>Изучать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 и 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Default="00046DC3" w:rsidP="00046DC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Инфоурокhttps://infourok.ru/</w:t>
            </w:r>
          </w:p>
        </w:tc>
      </w:tr>
      <w:tr w:rsidR="00046DC3" w:rsidRPr="00594571" w:rsidTr="00046DC3">
        <w:trPr>
          <w:trHeight w:val="2830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Стилевая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гармония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ансамбле;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гармония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(общее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Учитывать при работе над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 рукотворного мира: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5"/>
                <w:sz w:val="15"/>
              </w:rPr>
              <w:t>размеров;</w:t>
            </w:r>
          </w:p>
          <w:p w:rsidR="00046DC3" w:rsidRDefault="00046DC3" w:rsidP="00046DC3">
            <w:pPr>
              <w:pStyle w:val="TableParagraph"/>
              <w:spacing w:before="20" w:line="266" w:lineRule="auto"/>
              <w:ind w:right="747"/>
              <w:rPr>
                <w:sz w:val="15"/>
              </w:rPr>
            </w:pPr>
            <w:r>
              <w:rPr>
                <w:w w:val="105"/>
                <w:sz w:val="15"/>
              </w:rPr>
              <w:t>материала и внешнего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оформления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назначению;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201"/>
              <w:rPr>
                <w:sz w:val="15"/>
              </w:rPr>
            </w:pPr>
            <w:r>
              <w:rPr>
                <w:w w:val="105"/>
                <w:sz w:val="15"/>
              </w:rPr>
              <w:t>стилевая гармония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предметном ансамбле; </w:t>
            </w:r>
            <w:r>
              <w:rPr>
                <w:w w:val="105"/>
                <w:sz w:val="15"/>
              </w:rPr>
              <w:t>гармония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окружающей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  <w:p w:rsidR="00046DC3" w:rsidRDefault="00046DC3" w:rsidP="00046DC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before="74"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before="2"/>
              <w:ind w:left="0"/>
              <w:rPr>
                <w:b/>
                <w:sz w:val="23"/>
                <w:lang w:val="en-US"/>
              </w:rPr>
            </w:pPr>
          </w:p>
          <w:p w:rsidR="00046DC3" w:rsidRPr="00594571" w:rsidRDefault="00046DC3" w:rsidP="00046DC3">
            <w:pPr>
              <w:pStyle w:val="TableParagraph"/>
              <w:spacing w:before="0"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Мир современной техники. Информационно-коммуникационные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186"/>
              <w:rPr>
                <w:sz w:val="15"/>
              </w:rPr>
            </w:pPr>
            <w:r>
              <w:rPr>
                <w:w w:val="105"/>
                <w:sz w:val="15"/>
              </w:rPr>
              <w:t>Изучать возможности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изучаемых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инструментов и приспособлений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293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Решение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человеком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инженерных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законов — жёсткость конструкции (трубчатые сооружения,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треугольник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устойчивая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геометрическая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форма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2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 правила безопасной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13"/>
              <w:rPr>
                <w:sz w:val="15"/>
              </w:rPr>
            </w:pPr>
            <w:r>
              <w:rPr>
                <w:w w:val="105"/>
                <w:sz w:val="15"/>
              </w:rPr>
              <w:t>выбор инструментов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изготавливаемых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293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Бережное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внимательное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источнику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сырьевых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ресурсов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идей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будущего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2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Соблюдать правила безопасной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13"/>
              <w:rPr>
                <w:sz w:val="15"/>
              </w:rPr>
            </w:pPr>
            <w:r>
              <w:rPr>
                <w:w w:val="105"/>
                <w:sz w:val="15"/>
              </w:rPr>
              <w:t>выбор инструментов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приспособлений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изготавливаемых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101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Элементарная творческая и проектная </w:t>
            </w:r>
            <w:r>
              <w:rPr>
                <w:b/>
                <w:w w:val="105"/>
                <w:sz w:val="15"/>
              </w:rPr>
              <w:t>деятельность. Коллективные,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групповые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рамках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изучаемой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тематики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 организовывать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 место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 работы и выбранных;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101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Совместная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группах,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осуществление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сотрудничества;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распределение работы, выполнение социальных ролей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(руководитель/лидер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подчинённый)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1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Самостоятельно организовывать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 место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 работы и выбранных;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Tr="00046DC3">
        <w:trPr>
          <w:trHeight w:val="333"/>
        </w:trPr>
        <w:tc>
          <w:tcPr>
            <w:tcW w:w="5787" w:type="dxa"/>
            <w:gridSpan w:val="2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9181" w:type="dxa"/>
            <w:gridSpan w:val="6"/>
          </w:tcPr>
          <w:p w:rsidR="00046DC3" w:rsidRDefault="00046DC3" w:rsidP="00046DC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6DC3" w:rsidRPr="00046DC3" w:rsidTr="00046DC3">
        <w:trPr>
          <w:trHeight w:val="333"/>
        </w:trPr>
        <w:tc>
          <w:tcPr>
            <w:tcW w:w="15496" w:type="dxa"/>
            <w:gridSpan w:val="9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Некоторые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(доступные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обработке)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искусственных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синтетических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5520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2.2.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Разнообразие технологий и способов обработки материалов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 видах изделий; сравнительный анализ технологий при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(например,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ткани,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коллаж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046DC3" w:rsidRDefault="00046DC3" w:rsidP="00046DC3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46DC3" w:rsidRDefault="00046DC3" w:rsidP="00046DC3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5544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Выбор материалов по их декоративно-художественным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технологическим свойствам, использование соответствующих </w:t>
            </w:r>
            <w:r>
              <w:rPr>
                <w:b/>
                <w:w w:val="105"/>
                <w:sz w:val="15"/>
              </w:rPr>
              <w:t>способов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046DC3" w:rsidRDefault="00046DC3" w:rsidP="00046DC3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46DC3" w:rsidRDefault="00046DC3" w:rsidP="00046DC3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485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Инструменты и приспособления (циркуль, угольник, канцелярский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шило,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называние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рационального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412"/>
              <w:rPr>
                <w:sz w:val="15"/>
              </w:rPr>
            </w:pPr>
            <w:r>
              <w:rPr>
                <w:w w:val="105"/>
                <w:sz w:val="15"/>
              </w:rPr>
              <w:t>Применять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 инструментов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7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циркуль;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игла;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шило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5568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Углубление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общих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технологическом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(анализ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устройства и назначения </w:t>
            </w:r>
            <w:r>
              <w:rPr>
                <w:b/>
                <w:w w:val="105"/>
                <w:sz w:val="15"/>
              </w:rPr>
              <w:t>изделия; выстраивание последовательности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 действий и технологических операций; подбор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и инструментов; экономная разметка материалов;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обработка с целью получения деталей, сборка, отделка изделия;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проверка изделия в действии, внесение необходимых дополнений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изменений).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Биговка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(рицовка)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046DC3" w:rsidRDefault="00046DC3" w:rsidP="00046DC3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46DC3" w:rsidRDefault="00046DC3" w:rsidP="00046DC3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2830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объёмных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развёрток.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Преобразование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развёрток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несложных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97"/>
              <w:rPr>
                <w:sz w:val="15"/>
              </w:rPr>
            </w:pPr>
            <w:r>
              <w:rPr>
                <w:w w:val="105"/>
                <w:sz w:val="15"/>
              </w:rPr>
              <w:t>Изготавливать несложные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 изделий из бумаги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 рисунку;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простейшему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эскизу;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 и доступным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условиям.;</w:t>
            </w:r>
          </w:p>
          <w:p w:rsidR="00046DC3" w:rsidRDefault="00046DC3" w:rsidP="00046DC3">
            <w:pPr>
              <w:pStyle w:val="TableParagraph"/>
              <w:spacing w:before="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Применять разнообразные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 способы обработки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в различных видах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 проводить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сравнительный анализ </w:t>
            </w:r>
            <w:r>
              <w:rPr>
                <w:w w:val="105"/>
                <w:sz w:val="15"/>
              </w:rPr>
              <w:t>технологий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материала;</w:t>
            </w:r>
          </w:p>
          <w:p w:rsidR="00046DC3" w:rsidRDefault="00046DC3" w:rsidP="00046DC3">
            <w:pPr>
              <w:pStyle w:val="TableParagraph"/>
              <w:spacing w:before="5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5520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Технология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(гофрированный,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толстый,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тонкий,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840"/>
              <w:rPr>
                <w:sz w:val="15"/>
              </w:rPr>
            </w:pPr>
            <w:r>
              <w:rPr>
                <w:w w:val="105"/>
                <w:sz w:val="15"/>
              </w:rPr>
              <w:t>Наблюдать;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свойства;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прочность); определять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и картона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(гофрированный;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7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толстый;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тонкий;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цветной и др.). Самостоятельно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 вид бумаги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 выбор. Использовать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 бумаги и картона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</w:t>
            </w:r>
          </w:p>
          <w:p w:rsidR="00046DC3" w:rsidRDefault="00046DC3" w:rsidP="00046DC3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46DC3" w:rsidRDefault="00046DC3" w:rsidP="00046DC3">
            <w:pPr>
              <w:pStyle w:val="TableParagraph"/>
              <w:spacing w:before="19" w:line="266" w:lineRule="auto"/>
              <w:ind w:right="499"/>
              <w:rPr>
                <w:sz w:val="15"/>
              </w:rPr>
            </w:pPr>
            <w:r>
              <w:rPr>
                <w:w w:val="105"/>
                <w:sz w:val="15"/>
              </w:rPr>
              <w:t>создании декоративных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композиций. Осваивать;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бумагой;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066"/>
              <w:rPr>
                <w:sz w:val="15"/>
              </w:rPr>
            </w:pPr>
            <w:r>
              <w:rPr>
                <w:w w:val="105"/>
                <w:sz w:val="15"/>
              </w:rPr>
              <w:t>правила;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безопасной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работы;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191"/>
              <w:rPr>
                <w:sz w:val="15"/>
              </w:rPr>
            </w:pPr>
            <w:r>
              <w:rPr>
                <w:w w:val="105"/>
                <w:sz w:val="15"/>
              </w:rPr>
              <w:t>правила разметки деталей.;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рицовку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 канцелярского ножа;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отверстия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шилом;</w:t>
            </w:r>
          </w:p>
          <w:p w:rsidR="00046DC3" w:rsidRDefault="00046DC3" w:rsidP="00046DC3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293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Чтение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чертежа/эскиза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4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Читать простейшие </w:t>
            </w:r>
            <w:r>
              <w:rPr>
                <w:w w:val="105"/>
                <w:sz w:val="15"/>
              </w:rPr>
              <w:t>чертежи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развёрток;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72"/>
              <w:rPr>
                <w:sz w:val="15"/>
              </w:rPr>
            </w:pPr>
            <w:r>
              <w:rPr>
                <w:w w:val="105"/>
                <w:sz w:val="15"/>
              </w:rPr>
              <w:t>схемы изготовления изделия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 под руководством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293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Разметка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чертёж,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 внесение необходимых дополнений и изменений в схему, чертёж,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497"/>
              <w:rPr>
                <w:sz w:val="15"/>
              </w:rPr>
            </w:pPr>
            <w:r>
              <w:rPr>
                <w:w w:val="105"/>
                <w:sz w:val="15"/>
              </w:rPr>
              <w:t>Выбирать материалы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 с заданными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критериями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простейшим чертежам;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эскизам;</w:t>
            </w:r>
          </w:p>
          <w:p w:rsidR="00046DC3" w:rsidRDefault="00046DC3" w:rsidP="00046DC3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наброскам;;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3214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7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2.10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расчётов,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несложных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построений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Выполнять несложные </w:t>
            </w:r>
            <w:r>
              <w:rPr>
                <w:w w:val="105"/>
                <w:sz w:val="15"/>
              </w:rPr>
              <w:t>расчёты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размеров деталей изделия;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ориентируясь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94"/>
              <w:rPr>
                <w:sz w:val="15"/>
              </w:rPr>
            </w:pPr>
            <w:r>
              <w:rPr>
                <w:w w:val="105"/>
                <w:sz w:val="15"/>
              </w:rPr>
              <w:t>технический рисунок.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Выстраивать простые;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чертежи/эскизы развёртки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изделия. Выполнять разметку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чертёж;</w:t>
            </w:r>
          </w:p>
          <w:p w:rsidR="00046DC3" w:rsidRDefault="00046DC3" w:rsidP="00046DC3">
            <w:pPr>
              <w:pStyle w:val="TableParagraph"/>
              <w:spacing w:before="4"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эскиз.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внесение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необходимых дополнений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18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чертёж;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485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рицовки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канцелярского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ножа,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отверстий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шилом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412"/>
              <w:rPr>
                <w:sz w:val="15"/>
              </w:rPr>
            </w:pPr>
            <w:r>
              <w:rPr>
                <w:w w:val="105"/>
                <w:sz w:val="15"/>
              </w:rPr>
              <w:t>Применять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 инструментов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(угольник;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7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циркуль;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игла;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шило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Технология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текстильных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технологию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текстильных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762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трикотажа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нетканых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3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трикотаж;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43"/>
              <w:rPr>
                <w:sz w:val="15"/>
              </w:rPr>
            </w:pPr>
            <w:r>
              <w:rPr>
                <w:w w:val="105"/>
                <w:sz w:val="15"/>
              </w:rPr>
              <w:t>нетканое полотно. Знать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46DC3" w:rsidRDefault="00046DC3" w:rsidP="00046DC3">
            <w:pPr>
              <w:pStyle w:val="TableParagraph"/>
              <w:spacing w:before="20" w:line="266" w:lineRule="auto"/>
              <w:ind w:right="1092"/>
              <w:rPr>
                <w:sz w:val="15"/>
              </w:rPr>
            </w:pPr>
            <w:r>
              <w:rPr>
                <w:w w:val="105"/>
                <w:sz w:val="15"/>
              </w:rPr>
              <w:t>трикотажа;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нетканого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полотна;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Использование вариантов строчки косого стежка (крестик,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стебельчатая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и/или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вариантов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петельного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отделки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9A1DEA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227"/>
              <w:rPr>
                <w:sz w:val="15"/>
              </w:rPr>
            </w:pPr>
            <w:r>
              <w:rPr>
                <w:w w:val="105"/>
                <w:sz w:val="15"/>
              </w:rPr>
              <w:t>Подбирать ручные строчки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(варианты строчки прямого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стежков)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сшивания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изделий;;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Пришивание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пуговиц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двумя-четырьмя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отверстиями)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68"/>
              <w:rPr>
                <w:sz w:val="15"/>
              </w:rPr>
            </w:pPr>
            <w:r>
              <w:rPr>
                <w:w w:val="105"/>
                <w:sz w:val="15"/>
              </w:rPr>
              <w:t>Выполнять простейший ремонт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(пришивание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пуговиц);;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2638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2.16.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швейных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нескольких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32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трикотаж;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43"/>
              <w:rPr>
                <w:sz w:val="15"/>
              </w:rPr>
            </w:pPr>
            <w:r>
              <w:rPr>
                <w:w w:val="105"/>
                <w:sz w:val="15"/>
              </w:rPr>
              <w:t>нетканое полотно. Знать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строения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46DC3" w:rsidRDefault="00046DC3" w:rsidP="00046DC3">
            <w:pPr>
              <w:pStyle w:val="TableParagraph"/>
              <w:spacing w:before="20" w:line="266" w:lineRule="auto"/>
              <w:ind w:right="1049"/>
              <w:rPr>
                <w:sz w:val="15"/>
              </w:rPr>
            </w:pPr>
            <w:r>
              <w:rPr>
                <w:w w:val="105"/>
                <w:sz w:val="15"/>
              </w:rPr>
              <w:t>трикотажа;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нетканого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полотна;;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524"/>
              <w:rPr>
                <w:sz w:val="15"/>
              </w:rPr>
            </w:pPr>
            <w:r>
              <w:rPr>
                <w:w w:val="105"/>
                <w:sz w:val="15"/>
              </w:rPr>
              <w:t>Подбирать текстильные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замыслом;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особенностями конструкции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046DC3" w:rsidRDefault="00046DC3" w:rsidP="00046DC3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101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2.17.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6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Использование дополнительных материалов. Комбинирование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524"/>
              <w:rPr>
                <w:sz w:val="15"/>
              </w:rPr>
            </w:pPr>
            <w:r>
              <w:rPr>
                <w:w w:val="105"/>
                <w:sz w:val="15"/>
              </w:rPr>
              <w:t>Подбирать текстильные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замыслом;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особенностями конструкции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Tr="00046DC3">
        <w:trPr>
          <w:trHeight w:val="333"/>
        </w:trPr>
        <w:tc>
          <w:tcPr>
            <w:tcW w:w="5787" w:type="dxa"/>
            <w:gridSpan w:val="2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9181" w:type="dxa"/>
            <w:gridSpan w:val="6"/>
          </w:tcPr>
          <w:p w:rsidR="00046DC3" w:rsidRDefault="00046DC3" w:rsidP="00046DC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6DC3" w:rsidTr="00046DC3">
        <w:trPr>
          <w:trHeight w:val="333"/>
        </w:trPr>
        <w:tc>
          <w:tcPr>
            <w:tcW w:w="15496" w:type="dxa"/>
            <w:gridSpan w:val="9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046DC3" w:rsidRPr="00594571" w:rsidTr="00046DC3">
        <w:trPr>
          <w:trHeight w:val="1341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6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моделирование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 том числе наборов «Конструктор» по заданным условиям (технико-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технологическим,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функциональным,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декоративно-художественным)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76"/>
              <w:rPr>
                <w:sz w:val="15"/>
              </w:rPr>
            </w:pPr>
            <w:r>
              <w:rPr>
                <w:w w:val="105"/>
                <w:sz w:val="15"/>
              </w:rPr>
              <w:t>Конструировать и моделировать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изделия из наборов«Конструктор»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заданным условиям (технико-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технологическим;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функциональным;</w:t>
            </w:r>
          </w:p>
          <w:p w:rsidR="00046DC3" w:rsidRDefault="00046DC3" w:rsidP="00046DC3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105"/>
                <w:sz w:val="15"/>
              </w:rPr>
              <w:t>декоративно-художественным);;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2446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набора</w:t>
            </w:r>
          </w:p>
          <w:p w:rsidR="00046DC3" w:rsidRDefault="00046DC3" w:rsidP="00046DC3">
            <w:pPr>
              <w:pStyle w:val="TableParagraph"/>
              <w:spacing w:before="20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«Конструктор»,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изделиях;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жёсткость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устойчивость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2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Использовать виды соединения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432"/>
              <w:rPr>
                <w:sz w:val="15"/>
              </w:rPr>
            </w:pPr>
            <w:r>
              <w:rPr>
                <w:w w:val="105"/>
                <w:sz w:val="15"/>
              </w:rPr>
              <w:t>конструкции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неподвижное;</w:t>
            </w:r>
          </w:p>
          <w:p w:rsidR="00046DC3" w:rsidRDefault="00046DC3" w:rsidP="00046DC3">
            <w:pPr>
              <w:pStyle w:val="TableParagraph"/>
              <w:spacing w:before="1" w:line="266" w:lineRule="auto"/>
              <w:ind w:right="46"/>
              <w:rPr>
                <w:sz w:val="15"/>
              </w:rPr>
            </w:pPr>
            <w:r>
              <w:rPr>
                <w:w w:val="105"/>
                <w:sz w:val="15"/>
              </w:rPr>
              <w:t>различать способы подвижного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неподвижного соединения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«Конструктор»;</w:t>
            </w:r>
          </w:p>
          <w:p w:rsidR="00046DC3" w:rsidRDefault="00046DC3" w:rsidP="00046DC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их;</w:t>
            </w:r>
          </w:p>
          <w:p w:rsidR="00046DC3" w:rsidRDefault="00046DC3" w:rsidP="00046DC3">
            <w:pPr>
              <w:pStyle w:val="TableParagraph"/>
              <w:spacing w:before="19" w:line="266" w:lineRule="auto"/>
              <w:ind w:right="6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изделиях;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жёсткость и устойчивость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конструкции;</w:t>
            </w:r>
          </w:p>
          <w:p w:rsidR="00046DC3" w:rsidRDefault="00046DC3" w:rsidP="00046DC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485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17" w:right="8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Создание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простых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макетов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архитектурных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сооружений,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rPr>
                <w:sz w:val="15"/>
              </w:rPr>
            </w:pPr>
          </w:p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471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 архитектурных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сооружений;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7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технических устройств;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бытовых;</w:t>
            </w:r>
          </w:p>
          <w:p w:rsidR="00046DC3" w:rsidRDefault="00046DC3" w:rsidP="00046DC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конструкций;</w:t>
            </w:r>
          </w:p>
          <w:p w:rsidR="00046DC3" w:rsidRDefault="00046DC3" w:rsidP="00046DC3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</w:tbl>
    <w:p w:rsidR="00046DC3" w:rsidRPr="00594571" w:rsidRDefault="00046DC3" w:rsidP="00046DC3">
      <w:pPr>
        <w:spacing w:line="266" w:lineRule="auto"/>
        <w:rPr>
          <w:sz w:val="15"/>
        </w:rPr>
        <w:sectPr w:rsidR="00046DC3" w:rsidRPr="00594571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319"/>
        <w:gridCol w:w="528"/>
        <w:gridCol w:w="1104"/>
        <w:gridCol w:w="1140"/>
        <w:gridCol w:w="864"/>
        <w:gridCol w:w="2485"/>
        <w:gridCol w:w="1560"/>
        <w:gridCol w:w="2028"/>
      </w:tblGrid>
      <w:tr w:rsidR="00046DC3" w:rsidRPr="00594571" w:rsidTr="00046DC3">
        <w:trPr>
          <w:trHeight w:val="1293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доработку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(отдельных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узлов,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соединений)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дополнительных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(требований)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201"/>
              <w:rPr>
                <w:sz w:val="15"/>
              </w:rPr>
            </w:pPr>
            <w:r>
              <w:rPr>
                <w:w w:val="105"/>
                <w:sz w:val="15"/>
              </w:rPr>
              <w:t>стилевая гармония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предметном ансамбле; </w:t>
            </w:r>
            <w:r>
              <w:rPr>
                <w:w w:val="105"/>
                <w:sz w:val="15"/>
              </w:rPr>
              <w:t>гармония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right="5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окружающей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(общее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представление);</w:t>
            </w:r>
          </w:p>
          <w:p w:rsidR="00046DC3" w:rsidRDefault="00046DC3" w:rsidP="00046DC3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933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2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построений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58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свойства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изделиями;;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5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Решение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задач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мысленную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трансформацию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трёхмерной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развёртку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наоборот)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11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Решать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трансформацию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трёхмерной конструкции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развёртку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наоборот);;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Tr="00046DC3">
        <w:trPr>
          <w:trHeight w:val="333"/>
        </w:trPr>
        <w:tc>
          <w:tcPr>
            <w:tcW w:w="5787" w:type="dxa"/>
            <w:gridSpan w:val="2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9181" w:type="dxa"/>
            <w:gridSpan w:val="6"/>
          </w:tcPr>
          <w:p w:rsidR="00046DC3" w:rsidRDefault="00046DC3" w:rsidP="00046DC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46DC3" w:rsidTr="00046DC3">
        <w:trPr>
          <w:trHeight w:val="333"/>
        </w:trPr>
        <w:tc>
          <w:tcPr>
            <w:tcW w:w="15496" w:type="dxa"/>
            <w:gridSpan w:val="9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Информационная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среда,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источники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(органы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восприятия)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информации, получаемой человеком. Сохранение и передача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326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компьютер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поиска, хранения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информации;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909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16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Информационные технологии. Источники информации, </w:t>
            </w:r>
            <w:r>
              <w:rPr>
                <w:b/>
                <w:w w:val="105"/>
                <w:sz w:val="15"/>
              </w:rPr>
              <w:t>используемые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 в быту: телевидение, радио, печатные издания,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персональный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78"/>
              <w:rPr>
                <w:sz w:val="15"/>
              </w:rPr>
            </w:pPr>
            <w:r>
              <w:rPr>
                <w:w w:val="105"/>
                <w:sz w:val="15"/>
              </w:rPr>
              <w:t>Различать основные источники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(органы восприятия) информации,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получаемой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101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Современный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информационный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мир.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Персональный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(ПК)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назначение.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пользования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ПК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сохранения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здоровья.</w:t>
            </w:r>
          </w:p>
          <w:p w:rsidR="00046DC3" w:rsidRDefault="00046DC3" w:rsidP="00046DC3">
            <w:pPr>
              <w:pStyle w:val="TableParagraph"/>
              <w:spacing w:before="2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устройств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компьютера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ввода,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вывода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1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Различать, сравнивать источники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 используемые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 в быту: телевидение,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радио, печатные издания,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персональный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компьютер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1101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spacing w:line="266" w:lineRule="auto"/>
              <w:ind w:left="76" w:right="7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Работа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доступной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(книги,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музеи,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беседы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(мастер-классы)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мастерами,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видео,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DVD)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459"/>
              <w:rPr>
                <w:sz w:val="15"/>
              </w:rPr>
            </w:pPr>
            <w:r>
              <w:rPr>
                <w:w w:val="105"/>
                <w:sz w:val="15"/>
              </w:rPr>
              <w:t>Работать с доступной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информацией (книги, </w:t>
            </w:r>
            <w:r>
              <w:rPr>
                <w:w w:val="105"/>
                <w:sz w:val="15"/>
              </w:rPr>
              <w:t>музеи,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беседы (мастер-классы)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мастерами, Интернет, </w:t>
            </w:r>
            <w:r>
              <w:rPr>
                <w:w w:val="105"/>
                <w:sz w:val="15"/>
              </w:rPr>
              <w:t>видео,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DVD);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RPr="00594571" w:rsidTr="00046DC3">
        <w:trPr>
          <w:trHeight w:val="2110"/>
        </w:trPr>
        <w:tc>
          <w:tcPr>
            <w:tcW w:w="46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5319" w:type="dxa"/>
          </w:tcPr>
          <w:p w:rsidR="00046DC3" w:rsidRDefault="00046DC3" w:rsidP="00046DC3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текстовым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редактором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Microsoft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Word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другим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46DC3" w:rsidRDefault="00046DC3" w:rsidP="00046DC3">
            <w:pPr>
              <w:pStyle w:val="TableParagraph"/>
              <w:spacing w:before="20"/>
              <w:rPr>
                <w:sz w:val="15"/>
              </w:rPr>
            </w:pPr>
          </w:p>
        </w:tc>
        <w:tc>
          <w:tcPr>
            <w:tcW w:w="2485" w:type="dxa"/>
          </w:tcPr>
          <w:p w:rsidR="00046DC3" w:rsidRDefault="00046DC3" w:rsidP="00046DC3">
            <w:pPr>
              <w:pStyle w:val="TableParagraph"/>
              <w:spacing w:line="266" w:lineRule="auto"/>
              <w:ind w:righ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работу с программой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MicrosoftWord (или другой),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назначение.</w:t>
            </w:r>
          </w:p>
          <w:p w:rsidR="00046DC3" w:rsidRDefault="00046DC3" w:rsidP="00046DC3">
            <w:pPr>
              <w:pStyle w:val="TableParagraph"/>
              <w:spacing w:before="3" w:line="266" w:lineRule="auto"/>
              <w:ind w:right="100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 MicrosoftWord (или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другой), форматировать (выбор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шрифта, размера, цвета шрифта,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выравнивание абзаца) и печатать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документ;</w:t>
            </w:r>
          </w:p>
        </w:tc>
        <w:tc>
          <w:tcPr>
            <w:tcW w:w="1560" w:type="dxa"/>
          </w:tcPr>
          <w:p w:rsidR="00046DC3" w:rsidRDefault="00046DC3" w:rsidP="00046DC3">
            <w:pPr>
              <w:pStyle w:val="TableParagraph"/>
              <w:spacing w:line="266" w:lineRule="auto"/>
              <w:ind w:left="79" w:right="8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опрос;;</w:t>
            </w:r>
          </w:p>
          <w:p w:rsidR="00046DC3" w:rsidRDefault="00046DC3" w:rsidP="00046DC3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Практическаяработа;</w:t>
            </w:r>
          </w:p>
          <w:p w:rsidR="00046DC3" w:rsidRDefault="00046DC3" w:rsidP="00046DC3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2028" w:type="dxa"/>
          </w:tcPr>
          <w:p w:rsidR="00046DC3" w:rsidRPr="00594571" w:rsidRDefault="00046DC3" w:rsidP="00046DC3">
            <w:pPr>
              <w:pStyle w:val="TableParagraph"/>
              <w:spacing w:line="266" w:lineRule="auto"/>
              <w:ind w:left="80" w:right="738"/>
              <w:rPr>
                <w:sz w:val="15"/>
                <w:lang w:val="en-US"/>
              </w:rPr>
            </w:pPr>
            <w:r w:rsidRPr="00594571">
              <w:rPr>
                <w:spacing w:val="-1"/>
                <w:w w:val="105"/>
                <w:sz w:val="15"/>
                <w:lang w:val="en-US"/>
              </w:rPr>
              <w:t>https://infourok.ru/</w:t>
            </w:r>
            <w:r w:rsidRPr="00594571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 //nsportal.ru</w:t>
            </w:r>
            <w:r w:rsidRPr="00594571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594571">
              <w:rPr>
                <w:w w:val="105"/>
                <w:sz w:val="15"/>
                <w:lang w:val="en-US"/>
              </w:rPr>
              <w:t>https://resh.edu.ru</w:t>
            </w:r>
          </w:p>
        </w:tc>
      </w:tr>
      <w:tr w:rsidR="00046DC3" w:rsidTr="00046DC3">
        <w:trPr>
          <w:trHeight w:val="333"/>
        </w:trPr>
        <w:tc>
          <w:tcPr>
            <w:tcW w:w="5787" w:type="dxa"/>
            <w:gridSpan w:val="2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181" w:type="dxa"/>
            <w:gridSpan w:val="6"/>
          </w:tcPr>
          <w:p w:rsidR="00046DC3" w:rsidRDefault="00046DC3" w:rsidP="00046DC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46DC3" w:rsidRDefault="00046DC3" w:rsidP="00046DC3">
      <w:pPr>
        <w:rPr>
          <w:sz w:val="14"/>
        </w:rPr>
        <w:sectPr w:rsidR="00046DC3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528"/>
        <w:gridCol w:w="1104"/>
        <w:gridCol w:w="1140"/>
        <w:gridCol w:w="6939"/>
      </w:tblGrid>
      <w:tr w:rsidR="00046DC3" w:rsidTr="00046DC3">
        <w:trPr>
          <w:trHeight w:val="333"/>
        </w:trPr>
        <w:tc>
          <w:tcPr>
            <w:tcW w:w="5787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lastRenderedPageBreak/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46DC3" w:rsidRDefault="00046DC3" w:rsidP="00046DC3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046DC3" w:rsidRDefault="00046DC3" w:rsidP="00046DC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32.75</w:t>
            </w:r>
          </w:p>
        </w:tc>
        <w:tc>
          <w:tcPr>
            <w:tcW w:w="6939" w:type="dxa"/>
          </w:tcPr>
          <w:p w:rsidR="00046DC3" w:rsidRDefault="00046DC3" w:rsidP="00046DC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46DC3" w:rsidRDefault="00046DC3" w:rsidP="00046DC3">
      <w:pPr>
        <w:rPr>
          <w:b/>
          <w:sz w:val="24"/>
          <w:szCs w:val="24"/>
        </w:rPr>
      </w:pPr>
    </w:p>
    <w:p w:rsidR="009A1DEA" w:rsidRDefault="009A1DEA" w:rsidP="00046DC3">
      <w:pPr>
        <w:rPr>
          <w:b/>
          <w:sz w:val="24"/>
          <w:szCs w:val="24"/>
        </w:rPr>
      </w:pPr>
      <w:r>
        <w:rPr>
          <w:b/>
          <w:sz w:val="24"/>
          <w:szCs w:val="24"/>
        </w:rPr>
        <w:t>4 класс</w:t>
      </w:r>
    </w:p>
    <w:p w:rsidR="009A1DEA" w:rsidRDefault="009A1DEA" w:rsidP="00046DC3">
      <w:pPr>
        <w:rPr>
          <w:b/>
          <w:sz w:val="24"/>
          <w:szCs w:val="24"/>
        </w:rPr>
      </w:pPr>
    </w:p>
    <w:p w:rsidR="009A1DEA" w:rsidRDefault="009A1DEA" w:rsidP="009A1DEA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Tr="009A1DE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9A1DEA" w:rsidTr="009A1DE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1DEA" w:rsidRDefault="009A1DEA" w:rsidP="009A1D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1DEA" w:rsidRDefault="009A1DEA" w:rsidP="009A1DE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1DEA" w:rsidRDefault="009A1DEA" w:rsidP="009A1D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1DEA" w:rsidRDefault="009A1DEA" w:rsidP="009A1D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1DEA" w:rsidRDefault="009A1DEA" w:rsidP="009A1DE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A1DEA" w:rsidRDefault="009A1DEA" w:rsidP="009A1DEA"/>
        </w:tc>
      </w:tr>
      <w:tr w:rsidR="009A1DEA" w:rsidRPr="009A1DEA" w:rsidTr="009A1DEA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30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1. ТЕХНОЛОГИИ, ПРОФЕССИИ И ПРОИЗВОДСТВА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 и технологии современного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Рассматривать профессии и технологии современного мира, использование достижений науки в развитии технического прогресса;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0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0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1.2.</w:t>
            </w:r>
          </w:p>
        </w:tc>
        <w:tc>
          <w:tcPr>
            <w:tcW w:w="380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4" w:after="0" w:line="245" w:lineRule="auto"/>
              <w:ind w:left="72" w:right="43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достижений науки в развитии технического прогресса.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4" w:after="0" w:line="250" w:lineRule="auto"/>
              <w:ind w:left="72" w:right="576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Рассматривать профессии и технологии современного мира, использование достижений науки в развитии технического прогресса;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4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0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2" w:right="640" w:bottom="13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3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Изобретение и использование синтетических материалов с определёнными заданными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свойствами в различных отраслях и профессиях.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0" w:after="0" w:line="247" w:lineRule="auto"/>
              <w:ind w:left="72" w:right="43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Нефть как универсальное сырьё. Материалы, получаемые из нефти (пластик, стеклоткань, пенопласт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свойства материала при изготовлении изделия и заменять материал на аналогичный по свойствам;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 возможности использования синтетических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материалов с определёнными заданными свойствами в различных отраслях и профессиях;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Рассматривать использование нефти в производстве как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универсального сырья. Называть материалы, получаемые из нефти; Выбирать в зависимости от свойств материалов технологические; приёмы их обработки Сравнивать последовательность выполнения изделий с производством в различных отраслях;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Профессии, связанные с опасностями (пожарные, космонавты, химики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Изучать важность подготовки, организации, уборки, поддержания порядка рабочего места людьми разных профессий;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1.5.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2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Информационный мир, его место и влияние на жизнь и деятельность людей. Влияние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современных технологий и преобразующей деятельности человека на окружающую среду, способы её защиты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Изучать влияние современных технологий и преобразующей деятельности человека на окружающую среду, способы её защиты;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7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традиционных правил и современных технологий (лепка, вязание, шитьё, вышивка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инструменты, с которыми ученики работают на уроках;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Классифицировать инструменты по назначению: режущие,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колющие, чертёжные;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Проверять и определять исправность инструментов;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Изучать возможности использования изучаемых инструментов и приспособлений людьми разных профессий;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организовывать рабочее место в зависимости от вида работы и выбранных материалов;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Поддерживать порядок во время работы; убирать рабочее место по окончании практической работы;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Элементарная творческая и проектная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деятельность (реализация заданного или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собственного замысла, поиск оптимальных конструктивных и технологических решений)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конструктивные и художественные свойства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материалов в зависимости от поставленной задачи;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Осознанно выбирать материалы в соответствии с конструктивными особенностями изделия;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1.8.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Коллективные, групповые и индивидуальные проекты на основе содержания материала, изучаемого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 течение учебного года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Определять этапы выполнения изделия на основе анализа образца, графической инструкции и самостоятельно;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8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5" w:lineRule="auto"/>
              <w:ind w:left="72" w:right="720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конструктивные и художественные свойства материалов в зависимости от поставленной задачи;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 "Оценочного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листа";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Tr="009A1DEA">
        <w:trPr>
          <w:trHeight w:hRule="exact" w:val="348"/>
        </w:trPr>
        <w:tc>
          <w:tcPr>
            <w:tcW w:w="4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</w:tr>
      <w:tr w:rsidR="009A1DEA" w:rsidRPr="009A1DEA" w:rsidTr="009A1DE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2. ТЕХНОЛОГИИ РУЧНОЙ ОБРАБОТКИ МАТЕРИАЛОВ</w:t>
            </w:r>
          </w:p>
        </w:tc>
      </w:tr>
      <w:tr w:rsidR="009A1DEA" w:rsidRPr="009A1DEA" w:rsidTr="009A1DEA">
        <w:trPr>
          <w:trHeight w:hRule="exact" w:val="32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Синтетические материалы — ткани, полимеры (пластик, поролон). Их свойства. Создание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синтетических материалов с заданными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свойствами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рационально размещать инструменты и материалы в соответствии с индивидуальными особенностями обучающихся, в процессе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выполнения изделия самостоятельно контролировать и при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необходимости восстанавливать порядок на рабочем месте;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Осознанно соблюдать правила рационального и безопасного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использования инструментов;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Обосновывать использование свойств бумаги и картона при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выполнении изделия;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Систематизировать знания о свойствах пластичных материалов; 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63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Использование измерений, вычислений 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построений для решения практических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задач. Внесение дополнений и изменений 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условные графические изображения 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соответствии с дополнительными/изменёнными требованиями к изделию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Осваивать отдельные новые доступные приёмы работы с бумагой и картоном (например, гофрированная бумага и картон,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салфеточная, креповая и др.);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 графические схемы изготовления изделия и выполнять изделие по заданной схеме;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несложные расчёты размеров деталей изделия,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ориентируясь на образец, эскиз, технический рисунок или чертёж; Выстраивать простые чертежи/эскизы развёртки изделия.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0" w:after="0" w:line="257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разметку деталей с опорой на простейший чертёж, эскиз. Решать задачи на внесение необходимых дополнений и изменений в схему, чертёж, эскиз;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простейшие задачи, требующие выполнения несложных эскизов развёрток изделий с использованием условных обозначений; Самостоятельно анализировать конструкцию изделия, обсуждать варианты изготовления изделия. Выполнять изделия на основе знаний и представлений о технологическом процессе;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анализировать устройство и назначение изделия; выстраивать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последовательность практических действий и технологических операций; подбирать материалы и инструменты; выполнять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экономную разметку, обработку с целью получения деталей, сборку, отделку изделия, проверку изделия в действии, внесение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необходимых дополнений и изменений;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Планировать и изготавливать изделие с опорой на инструкцию или творческий замысел; при необходимости вносить коррективы в выполняемые действия;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назначения изделия;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2.3.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Технология обработки бумаги и картона. Подбор материалов в соответствии с замыслом,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особенностями конструкции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7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Планировать и изготавливать изделие с опорой на инструкцию или творческий замысел; при необходимости вносить коррективы в выполняемые действия;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назначения изделия;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 и анализировать графические схемы, чертежи развёрток, технических рисунков изделий; создавать эскизы развёрток по образцу и заданным условиям;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сложные способы пластической обработки бумаги для создания объёмных конструкций и сложных поверхностей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(архитектурных объектов, бытовых предметов и пр.);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Применять известные способы и приёмы работы с пластичными материалами для реализации собственного замысла;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место того или иного пластичного материала в общем композиционном замысле и конструктивном решении;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Самостоятельно анализировать образцы изделий: конструктивные особенности и технологию изготовления; изготавливать изделия по собственному замыслу;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5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Определение оптимальных способов разметки деталей, сборки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Изготавливать плоскостные и объёмные изделия, модели, макеты сложных форм;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пластические массы для изготовления сложных композиций (как для изготовления деталей;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так и в качестве соединительного материала);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Российская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46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Выбор способов отделки. Комбинирование разных материалов в одном изделии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выбор использования пластичных материалов их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конструктивной и технологической необходимостью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конкретного изделия или сочетания с другими материалами;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за декоративно-прикладными возможностями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использования пластических масс в творческих работах мастеров; Выбирать различные материалы по техническим, технологическим и декоративно-прикладным свойствам в зависимости от назначения изделия;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Иметь представление об используемых мастерами материалах в наиболее распространенных традиционных народных промыслах и ремеслах;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культурных традициях своего региона и России. Узнавать;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и выбирать технологические приемы ручной обработки материалов в зависимости от их свойств Систематизировать общие знания и представления о древесных материалах. Называть свойства природного материала - древесины; сравнивать древесину по цвету.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18" w:after="0" w:line="250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прочности; сравнивать свойства древесины со свойствами других природных материалов; объяснять особенности использования древесины в декоративно-прикладном искусстве и промышленности.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0" w:after="0" w:line="245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выбор видов природных материалов для изготовления изделий декоративно-бытового характера;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Совершенствование умений выполнять разные способы разметки с помощью чертёжных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инструментов.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Освоение доступных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 техник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Читать графические схемы изготовления изделия и выполнять изделие по заданной схеме;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несложные расчёты размеров деталей изделия,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ориентируясь на образец, эскиз, технический рисунок или чертёж; Выстраивать простые чертежи/эскизы развёртки изделия.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0" w:after="0" w:line="252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разметку деталей с опорой на простейший чертёж, эскиз. Решать задачи на внесение необходимых дополнений и изменений в схему, чертёж, эскиз;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Решать простейшие задачи, требующие выполнения несложных эскизов развёрток изделий с использованием условных обозначений; Читать и анализировать графические схемы. чертежи разверток.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0" w:after="0" w:line="250" w:lineRule="auto"/>
              <w:ind w:left="72" w:right="43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технических рисунков изделий; создавать эскизы разверток по образцу и заданным условиям Применять известные способы и приемы работы с пластичными материалами для реализации собственного замысла;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9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Технология обработки текстильных материалов.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18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Обобщённое представление о видах тканей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(натуральные, искусственные, синтетические), их свойствах и областей использования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7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 в соответствии с индивидуальными особенностями обучающихся, в процессе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выполнения изделия самостоятельно контролировать и при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необходимости восстанавливать порядок на рабочем месте;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применять освоенные правила безопасной работы инструментами и аккуратной работы с материалами;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необходимые инструментов и приспособления для ручного труда в соответствии с конструктивными особенностями изделий;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Различать натуральные (растительного и животного происхождения) и химические (искусственные и синтетические) ткани, определять свойства синтетических тканей. Сравнивать свойства синтетических и натуральных тканей;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одежды; Сравнивать ткани различного происхождения (внешний вид,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толщина, прозрачность, гладкость, намокаемость);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Понимать технологию обработки текстильных материалов;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0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Дизайн одежды в зависимости от её назначения, моды, времени. Подбор текстильных материалов в соответствии с замыслом, особенностями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конструкции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Иметь представление о дизайне одежды в зависимости от её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назначения, моды, времени, изготовление моделей народного или исторического костюма народов России. Использовать и различать виды аксессуаров в одежде;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особенностями конструкции изделия Понимать особенности материалов одежды разных времен Определять и / или выбирать текстильные и волокнистые материалы для выполнения изделия.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0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свой выбор Самостоятельно выбирать виды ниток и ткани в зависимости от выполняемых работ и назначения изделия Подбирать текстильные материалы в соответствии с замыслом; особенностями конструкции изделия;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4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3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00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Раскрой деталей по готовым лекалам (выкройкам), соб-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ственным несложным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выполнять практическую работу с опорой на рисунки, схемы, чертежи;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раскрой деталей по готовым собственным несложным лекалам (выкройкам);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Строчка петельного стежка и её варианты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(«тамбур» и др.), её назначение (соединение и отделка деталей) и/или строчки петлеобразного и крестообразного стежков (соединительные и отделочные)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2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Решать конструкторско-технологические задачи через наблюдения и рассуждения, упражнения;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Выполнять отделку изделия аппликацией, вышивкой и отделочными материалами;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вышивкой и отделочными материалами Выполнять работу над изделием в группах;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Подбор ручных строчек для сшивания и отделки изделий.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Простейший ремонт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Подбирать ручные строчки для сшивания и отделки изделий;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Технология обработки синтетических материалов. Пластик, поролон, полиэтилен. Общее знакомство, сравнение свойств.  Самостоятельное определение технологий их обработки в сравнении с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освоенными материалами.</w:t>
            </w:r>
          </w:p>
          <w:p w:rsidR="009A1DEA" w:rsidRDefault="009A1DEA" w:rsidP="009A1DEA">
            <w:pPr>
              <w:autoSpaceDE w:val="0"/>
              <w:autoSpaceDN w:val="0"/>
              <w:spacing w:before="20" w:after="0" w:line="245" w:lineRule="auto"/>
              <w:ind w:left="72" w:right="720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Комбинированное использование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организовывать свою деятельность: подготавливать рабочее место для работы с материалом по выбору учителя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(например, пластик, поролон, пенопласт, соломка или пластиковые трубочки и др.),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Осознанно соблюдать правила рационального и безопасного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использования инструментов;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Наблюдать и исследовать свойства выбранного материала 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сравнении со свойствами ранее изученных материалов (бумаги, картона, природного материала и др.);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 ходе исследования определять способы разметки, выделения и соединения деталей, выполнения сборки и отделки изделия с учётом ранее освоенных умений;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Tr="009A1DEA">
        <w:trPr>
          <w:trHeight w:hRule="exact" w:val="348"/>
        </w:trPr>
        <w:tc>
          <w:tcPr>
            <w:tcW w:w="4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</w:tr>
      <w:tr w:rsidR="009A1DEA" w:rsidTr="009A1DE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576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Современные требования к техническим устройствам (экологичность, безопасность, эргономичность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необходимости восстанавливать порядок на рабочем месте;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в практической работе основные инструменты и приспособления для ручного труда (гаечный ключ, отвёртка),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применяя правила безопасной и аккуратной работы;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эргономичность и др.)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Соблюдать правила безопасной работы;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3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0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Конструирование и моделирование изделий из различных материалов, в том числе наборов«Конструктор» по проектному заданию или собственному замыслу.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0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Создавать изделие по собственному замыслу;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Определять общие конструктивные особенности реальных объектов и выполняемых изделий Повторять в конструкции изделия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конструктивные особенности реальных предметов и объектов;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Поиск оптимальных и доступных новых решений конструкторско-технологических проблем на всех этапах аналитического и технологического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процесса при выполнении индивидуальных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творческих и коллективных проектных работ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Осуществлять поиск оптимальных и доступных новых решений конструкторско-технологических проблем на всех этапах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форму и способы соединения деталей Составлять на основе анализа готового образца план выполнения изделия Анализировать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 Анализировать конструкцию изделия по рисунку;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чертежу;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схеме;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готовому образцу; выделять детали;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форму и способы соединения деталей;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Робототехника. Конструктивные, соединительные элементы и основные узлы робота.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Инструменты и детали для создания робота. Конструирование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Распознавать и называть конструктивные, соединительные элементы и основные узлы робота;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Подбирать необходимые инструменты и детали для создания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робота;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Выбирать необходимые для выполнения изделия детали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конструктора и виды соединений (подвижное или неподвижное) Выполнять соединения металлических деталей при помощи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гаечного ключа и отвертки;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используя винты и гайки;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использовать изученные способы соединения деталей;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720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Составление алгоритма действий робота. Программирование, тестирование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Составлять простой алгоритм действий робота;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Программировать робота выполнять простейшие доступные операции;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Сравнивать с образцом и тестировать робота;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8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5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Преобразование конструкции робота. Презентация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Выполнять простейшее преобразование конструкции робота; Презентовать робота (в том числе с использованием средств ИКТ); Презентовать готовые конструкции при выполнении творческих и коллективных проектных работ;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 "Оценочного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листа";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Tr="009A1DEA">
        <w:trPr>
          <w:trHeight w:hRule="exact" w:val="348"/>
        </w:trPr>
        <w:tc>
          <w:tcPr>
            <w:tcW w:w="4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</w:tr>
      <w:tr w:rsidR="009A1DEA" w:rsidTr="009A1DE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9A1DEA" w:rsidRPr="009A1DEA" w:rsidTr="009A1DEA">
        <w:trPr>
          <w:trHeight w:hRule="exact" w:val="33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5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 с доступной информацией в Интернете и на цифровых носителях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уроках); Знать современные требования к техническим устройствам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(экологичность, безопасность, эргономичность и др.);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Находить и отбирать разные виды информации в Интернете по заданным критериям, для презентации проекта;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и медиа-ресурсы в художественно-конструкторской, проектной, предметной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преобразующей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различные способы получения, передачи и хранения информации;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компьютер для поиска, хранения и воспроизведения информации;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</w:tbl>
    <w:p w:rsidR="009A1DEA" w:rsidRPr="009A1DEA" w:rsidRDefault="009A1DEA" w:rsidP="009A1DEA">
      <w:pPr>
        <w:autoSpaceDE w:val="0"/>
        <w:autoSpaceDN w:val="0"/>
        <w:spacing w:after="0" w:line="14" w:lineRule="exact"/>
      </w:pPr>
    </w:p>
    <w:p w:rsidR="009A1DEA" w:rsidRPr="009A1DEA" w:rsidRDefault="009A1DEA" w:rsidP="009A1DEA">
      <w:pPr>
        <w:sectPr w:rsidR="009A1DEA" w:rsidRPr="009A1DEA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806"/>
        <w:gridCol w:w="528"/>
        <w:gridCol w:w="1106"/>
        <w:gridCol w:w="1140"/>
        <w:gridCol w:w="804"/>
        <w:gridCol w:w="4768"/>
        <w:gridCol w:w="1236"/>
        <w:gridCol w:w="1646"/>
      </w:tblGrid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 с готовыми цифровыми материалами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 помощью учителя создавать печатные публикации с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 изображений на экране компьютера; оформлять слайды презентации (выбор шрифта, размера, цвета шрифта,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выравнивание абзаца); работать с доступной информацией; работать в программе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PowerPoint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(или другой);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Осваивать правила работы в программе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PowerP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(или другой). Создавать и сохранять слайды презентации в программе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PowerP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(или другой);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Поиск дополнительной информации по тематике творческих и проектных работ, использование рисунков из ресурса компьютера в оформлении изделий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Использовать компьютер для поиска, хранения и воспроизведения информации;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Наблюдать и соотносить разные информационные объекты в учебнике (текст, иллюстративный материал, текстовый план, слайдовый план) и делать выводы и обобщения;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 Практическая работа;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RPr="009A1DEA" w:rsidTr="009A1DEA">
        <w:trPr>
          <w:trHeight w:hRule="exact" w:val="32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45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Создание презентаций в программе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PowerPoint</w:t>
            </w:r>
            <w:r w:rsidRPr="009A1DE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или другой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2" w:lineRule="auto"/>
              <w:ind w:left="72" w:right="288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Набирать текст и размещать его на слайде программы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PowerPoint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(или другой), размещать иллюстративный материал на слайде, выбирать дизайн слайда;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Выбирать средства ИКТ, компьютерные программы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презентации разработанных проектов;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2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Самооценка с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использованием "Оценочного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листа";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Российская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электронная школа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//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  <w:p w:rsidR="009A1DEA" w:rsidRPr="009A1DEA" w:rsidRDefault="009A1DEA" w:rsidP="009A1DEA">
            <w:pPr>
              <w:autoSpaceDE w:val="0"/>
              <w:autoSpaceDN w:val="0"/>
              <w:spacing w:before="212" w:after="0" w:line="254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Учительский портал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ucportal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Разработка уроков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технологии для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учащихся начальных классов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infourok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Страна Мастеров </w:t>
            </w:r>
            <w:r w:rsidRPr="009A1DEA"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stranamasterov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Образовательный </w:t>
            </w:r>
            <w:r w:rsidRPr="009A1DEA">
              <w:br/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портал «Видеоуроки»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videouroki</w:t>
            </w: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net</w:t>
            </w:r>
          </w:p>
        </w:tc>
      </w:tr>
      <w:tr w:rsidR="009A1DEA" w:rsidTr="009A1DEA">
        <w:trPr>
          <w:trHeight w:hRule="exact" w:val="348"/>
        </w:trPr>
        <w:tc>
          <w:tcPr>
            <w:tcW w:w="4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</w:tr>
      <w:tr w:rsidR="009A1DEA" w:rsidTr="009A1DEA">
        <w:trPr>
          <w:trHeight w:hRule="exact" w:val="328"/>
        </w:trPr>
        <w:tc>
          <w:tcPr>
            <w:tcW w:w="4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P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 w:rsidRPr="009A1DEA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8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A1DEA" w:rsidRDefault="009A1DEA" w:rsidP="009A1DEA"/>
        </w:tc>
      </w:tr>
    </w:tbl>
    <w:p w:rsidR="009A1DEA" w:rsidRDefault="009A1DEA" w:rsidP="009A1DEA">
      <w:pPr>
        <w:autoSpaceDE w:val="0"/>
        <w:autoSpaceDN w:val="0"/>
        <w:spacing w:after="0" w:line="14" w:lineRule="exact"/>
      </w:pPr>
    </w:p>
    <w:p w:rsidR="009A1DEA" w:rsidRPr="00046DC3" w:rsidRDefault="009A1DEA" w:rsidP="00046DC3">
      <w:pPr>
        <w:rPr>
          <w:b/>
          <w:sz w:val="24"/>
          <w:szCs w:val="24"/>
        </w:rPr>
        <w:sectPr w:rsidR="009A1DEA" w:rsidRPr="00046DC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30269" w:rsidRPr="009A1DEA" w:rsidRDefault="00330269">
      <w:pPr>
        <w:sectPr w:rsidR="00330269" w:rsidRPr="009A1DE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30269" w:rsidRPr="007954AF" w:rsidRDefault="00CD0FF2" w:rsidP="007954AF">
      <w:pPr>
        <w:pStyle w:val="ae"/>
        <w:numPr>
          <w:ilvl w:val="0"/>
          <w:numId w:val="17"/>
        </w:numPr>
        <w:autoSpaceDE w:val="0"/>
        <w:autoSpaceDN w:val="0"/>
        <w:spacing w:after="0" w:line="230" w:lineRule="auto"/>
        <w:ind w:left="-426" w:firstLine="0"/>
      </w:pPr>
      <w:r w:rsidRPr="007954AF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30269" w:rsidRPr="009A1DEA" w:rsidRDefault="00CD0FF2" w:rsidP="007954AF">
      <w:pPr>
        <w:autoSpaceDE w:val="0"/>
        <w:autoSpaceDN w:val="0"/>
        <w:spacing w:before="346" w:after="0" w:line="230" w:lineRule="auto"/>
        <w:ind w:left="-426"/>
      </w:pPr>
      <w:r w:rsidRPr="009A1DEA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  <w:r w:rsidR="009A1DEA">
        <w:rPr>
          <w:rFonts w:ascii="Times New Roman" w:eastAsia="Times New Roman" w:hAnsi="Times New Roman"/>
          <w:b/>
          <w:color w:val="000000"/>
          <w:sz w:val="24"/>
        </w:rPr>
        <w:t xml:space="preserve"> 1 класс</w:t>
      </w:r>
    </w:p>
    <w:p w:rsidR="009A1DEA" w:rsidRDefault="00CD0FF2" w:rsidP="007954AF">
      <w:pPr>
        <w:autoSpaceDE w:val="0"/>
        <w:autoSpaceDN w:val="0"/>
        <w:spacing w:before="166" w:after="0" w:line="271" w:lineRule="auto"/>
        <w:ind w:left="-426" w:right="1152"/>
        <w:rPr>
          <w:rFonts w:ascii="Times New Roman" w:eastAsia="Times New Roman" w:hAnsi="Times New Roman"/>
          <w:color w:val="000000"/>
          <w:sz w:val="24"/>
        </w:rPr>
      </w:pPr>
      <w:r w:rsidRPr="001C3F6A">
        <w:rPr>
          <w:rFonts w:ascii="Times New Roman" w:eastAsia="Times New Roman" w:hAnsi="Times New Roman"/>
          <w:color w:val="000000"/>
          <w:sz w:val="24"/>
        </w:rPr>
        <w:t xml:space="preserve">Технология, 1 класс/Роговцева Н.И., Богданова Н.В., Фрейтаг И.П., Акционерное общество«Издательство «Просвещение»; </w:t>
      </w:r>
    </w:p>
    <w:p w:rsidR="009A1DEA" w:rsidRPr="009A1DEA" w:rsidRDefault="009A1DEA" w:rsidP="009A1DEA">
      <w:pPr>
        <w:autoSpaceDE w:val="0"/>
        <w:autoSpaceDN w:val="0"/>
        <w:spacing w:before="346" w:after="0" w:line="230" w:lineRule="auto"/>
        <w:ind w:left="-426"/>
      </w:pPr>
      <w:r w:rsidRPr="009A1DEA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2 класс</w:t>
      </w:r>
    </w:p>
    <w:p w:rsidR="009A1DEA" w:rsidRDefault="009A1DEA" w:rsidP="007954AF">
      <w:pPr>
        <w:autoSpaceDE w:val="0"/>
        <w:autoSpaceDN w:val="0"/>
        <w:spacing w:before="166" w:after="0" w:line="271" w:lineRule="auto"/>
        <w:ind w:left="-426" w:right="1152"/>
        <w:rPr>
          <w:rFonts w:ascii="Times New Roman" w:eastAsia="Times New Roman" w:hAnsi="Times New Roman"/>
          <w:color w:val="000000"/>
          <w:sz w:val="24"/>
        </w:rPr>
      </w:pPr>
    </w:p>
    <w:p w:rsidR="009A1DEA" w:rsidRDefault="009A1DEA" w:rsidP="007954AF">
      <w:pPr>
        <w:autoSpaceDE w:val="0"/>
        <w:autoSpaceDN w:val="0"/>
        <w:spacing w:before="166" w:after="0" w:line="271" w:lineRule="auto"/>
        <w:ind w:left="-426" w:right="1152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Т</w:t>
      </w:r>
      <w:r w:rsidRPr="001D33E7">
        <w:rPr>
          <w:rFonts w:ascii="Times New Roman" w:eastAsia="Times New Roman" w:hAnsi="Times New Roman"/>
          <w:color w:val="000000"/>
          <w:sz w:val="24"/>
        </w:rPr>
        <w:t>ехнология, 2 класс/Роговцева Н.И., Богданова Н.В., Шипилова Н.В., Акционерное общество«Издательство «Просвещение»;</w:t>
      </w:r>
    </w:p>
    <w:p w:rsidR="009A1DEA" w:rsidRPr="009A1DEA" w:rsidRDefault="009A1DEA" w:rsidP="009A1DEA">
      <w:pPr>
        <w:autoSpaceDE w:val="0"/>
        <w:autoSpaceDN w:val="0"/>
        <w:spacing w:before="346" w:after="0" w:line="230" w:lineRule="auto"/>
        <w:ind w:left="-426"/>
      </w:pPr>
      <w:r w:rsidRPr="009A1DEA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3 класс</w:t>
      </w:r>
    </w:p>
    <w:p w:rsidR="009A1DEA" w:rsidRDefault="00CD0FF2" w:rsidP="009A1DEA">
      <w:pPr>
        <w:pStyle w:val="af"/>
        <w:spacing w:before="156" w:line="292" w:lineRule="auto"/>
        <w:ind w:left="-426" w:firstLine="552"/>
      </w:pPr>
      <w:r w:rsidRPr="001C3F6A">
        <w:br/>
      </w:r>
      <w:r w:rsidR="009A1DEA" w:rsidRPr="009A1DEA">
        <w:t>Технология,</w:t>
      </w:r>
      <w:r w:rsidR="009A1DEA" w:rsidRPr="009A1DEA">
        <w:rPr>
          <w:spacing w:val="-5"/>
        </w:rPr>
        <w:t xml:space="preserve"> </w:t>
      </w:r>
      <w:r w:rsidR="009A1DEA" w:rsidRPr="009A1DEA">
        <w:t>3</w:t>
      </w:r>
      <w:r w:rsidR="009A1DEA" w:rsidRPr="009A1DEA">
        <w:rPr>
          <w:spacing w:val="-5"/>
        </w:rPr>
        <w:t xml:space="preserve"> </w:t>
      </w:r>
      <w:r w:rsidR="009A1DEA" w:rsidRPr="009A1DEA">
        <w:t>класс/Лутцева</w:t>
      </w:r>
      <w:r w:rsidR="009A1DEA" w:rsidRPr="009A1DEA">
        <w:rPr>
          <w:spacing w:val="-5"/>
        </w:rPr>
        <w:t xml:space="preserve"> </w:t>
      </w:r>
      <w:r w:rsidR="009A1DEA" w:rsidRPr="009A1DEA">
        <w:t>Е.А.,</w:t>
      </w:r>
      <w:r w:rsidR="009A1DEA" w:rsidRPr="009A1DEA">
        <w:rPr>
          <w:spacing w:val="-5"/>
        </w:rPr>
        <w:t xml:space="preserve"> </w:t>
      </w:r>
      <w:r w:rsidR="009A1DEA" w:rsidRPr="009A1DEA">
        <w:t>Зуева</w:t>
      </w:r>
      <w:r w:rsidR="009A1DEA" w:rsidRPr="009A1DEA">
        <w:rPr>
          <w:spacing w:val="-5"/>
        </w:rPr>
        <w:t xml:space="preserve"> </w:t>
      </w:r>
      <w:r w:rsidR="009A1DEA" w:rsidRPr="009A1DEA">
        <w:t>Т.П.,</w:t>
      </w:r>
      <w:r w:rsidR="009A1DEA" w:rsidRPr="009A1DEA">
        <w:rPr>
          <w:spacing w:val="-5"/>
        </w:rPr>
        <w:t xml:space="preserve"> </w:t>
      </w:r>
      <w:r w:rsidR="009A1DEA" w:rsidRPr="009A1DEA">
        <w:t>Акционерное</w:t>
      </w:r>
      <w:r w:rsidR="009A1DEA" w:rsidRPr="009A1DEA">
        <w:rPr>
          <w:spacing w:val="-5"/>
        </w:rPr>
        <w:t xml:space="preserve"> </w:t>
      </w:r>
      <w:r w:rsidR="009A1DEA" w:rsidRPr="009A1DEA">
        <w:t>общество</w:t>
      </w:r>
      <w:r w:rsidR="009A1DEA" w:rsidRPr="009A1DEA">
        <w:rPr>
          <w:spacing w:val="-5"/>
        </w:rPr>
        <w:t xml:space="preserve"> </w:t>
      </w:r>
      <w:r w:rsidR="009A1DEA" w:rsidRPr="009A1DEA">
        <w:t>«Издательство</w:t>
      </w:r>
      <w:r w:rsidR="009A1DEA" w:rsidRPr="009A1DEA">
        <w:rPr>
          <w:spacing w:val="-4"/>
        </w:rPr>
        <w:t xml:space="preserve"> </w:t>
      </w:r>
      <w:r w:rsidR="009A1DEA" w:rsidRPr="009A1DEA">
        <w:t>«Просвещение»;</w:t>
      </w:r>
      <w:r w:rsidR="009A1DEA" w:rsidRPr="009A1DEA">
        <w:rPr>
          <w:spacing w:val="-57"/>
        </w:rPr>
        <w:t xml:space="preserve"> </w:t>
      </w:r>
      <w:r w:rsidR="009A1DEA" w:rsidRPr="009A1DEA">
        <w:t>Технология,</w:t>
      </w:r>
      <w:r w:rsidR="009A1DEA" w:rsidRPr="009A1DEA">
        <w:rPr>
          <w:spacing w:val="-5"/>
        </w:rPr>
        <w:t xml:space="preserve"> </w:t>
      </w:r>
      <w:r w:rsidR="009A1DEA" w:rsidRPr="009A1DEA">
        <w:t>3</w:t>
      </w:r>
      <w:r w:rsidR="009A1DEA" w:rsidRPr="009A1DEA">
        <w:rPr>
          <w:spacing w:val="-5"/>
        </w:rPr>
        <w:t xml:space="preserve"> </w:t>
      </w:r>
      <w:r w:rsidR="009A1DEA" w:rsidRPr="009A1DEA">
        <w:t>класс/Лутцева</w:t>
      </w:r>
      <w:r w:rsidR="009A1DEA" w:rsidRPr="009A1DEA">
        <w:rPr>
          <w:spacing w:val="-5"/>
        </w:rPr>
        <w:t xml:space="preserve"> </w:t>
      </w:r>
      <w:r w:rsidR="009A1DEA" w:rsidRPr="009A1DEA">
        <w:t>Е.А.,</w:t>
      </w:r>
      <w:r w:rsidR="009A1DEA" w:rsidRPr="009A1DEA">
        <w:rPr>
          <w:spacing w:val="-5"/>
        </w:rPr>
        <w:t xml:space="preserve"> </w:t>
      </w:r>
      <w:r w:rsidR="009A1DEA" w:rsidRPr="009A1DEA">
        <w:t>Зуева</w:t>
      </w:r>
      <w:r w:rsidR="009A1DEA" w:rsidRPr="009A1DEA">
        <w:rPr>
          <w:spacing w:val="-5"/>
        </w:rPr>
        <w:t xml:space="preserve"> </w:t>
      </w:r>
      <w:r w:rsidR="009A1DEA" w:rsidRPr="009A1DEA">
        <w:t>Т.П.,</w:t>
      </w:r>
      <w:r w:rsidR="009A1DEA" w:rsidRPr="009A1DEA">
        <w:rPr>
          <w:spacing w:val="-5"/>
        </w:rPr>
        <w:t xml:space="preserve"> </w:t>
      </w:r>
      <w:r w:rsidR="009A1DEA" w:rsidRPr="009A1DEA">
        <w:t>Акционерное</w:t>
      </w:r>
      <w:r w:rsidR="009A1DEA" w:rsidRPr="009A1DEA">
        <w:rPr>
          <w:spacing w:val="-5"/>
        </w:rPr>
        <w:t xml:space="preserve"> </w:t>
      </w:r>
      <w:r w:rsidR="009A1DEA" w:rsidRPr="009A1DEA">
        <w:t>общество</w:t>
      </w:r>
      <w:r w:rsidR="009A1DEA" w:rsidRPr="009A1DEA">
        <w:rPr>
          <w:spacing w:val="-5"/>
        </w:rPr>
        <w:t xml:space="preserve"> </w:t>
      </w:r>
      <w:r w:rsidR="009A1DEA" w:rsidRPr="009A1DEA">
        <w:t>«Издательство</w:t>
      </w:r>
      <w:r w:rsidR="009A1DEA" w:rsidRPr="009A1DEA">
        <w:rPr>
          <w:spacing w:val="-4"/>
        </w:rPr>
        <w:t xml:space="preserve"> </w:t>
      </w:r>
      <w:r w:rsidR="009A1DEA" w:rsidRPr="009A1DEA">
        <w:t>«Просвещение»;</w:t>
      </w:r>
    </w:p>
    <w:p w:rsidR="009A1DEA" w:rsidRPr="009A1DEA" w:rsidRDefault="009A1DEA" w:rsidP="009A1DEA">
      <w:pPr>
        <w:autoSpaceDE w:val="0"/>
        <w:autoSpaceDN w:val="0"/>
        <w:spacing w:before="346" w:after="0" w:line="230" w:lineRule="auto"/>
        <w:ind w:left="-426"/>
      </w:pPr>
      <w:r w:rsidRPr="009A1DEA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4 класс</w:t>
      </w:r>
    </w:p>
    <w:p w:rsidR="009A1DEA" w:rsidRPr="009A1DEA" w:rsidRDefault="009A1DEA" w:rsidP="009A1DEA">
      <w:pPr>
        <w:pStyle w:val="af"/>
        <w:spacing w:before="156" w:line="292" w:lineRule="auto"/>
        <w:ind w:left="-426" w:firstLine="552"/>
      </w:pPr>
    </w:p>
    <w:p w:rsidR="00330269" w:rsidRPr="001C3F6A" w:rsidRDefault="009A1DEA" w:rsidP="007954AF">
      <w:pPr>
        <w:autoSpaceDE w:val="0"/>
        <w:autoSpaceDN w:val="0"/>
        <w:spacing w:before="166" w:after="0" w:line="271" w:lineRule="auto"/>
        <w:ind w:left="-426" w:right="1152"/>
      </w:pPr>
      <w:r w:rsidRPr="009A1DEA">
        <w:rPr>
          <w:rFonts w:ascii="Times New Roman" w:eastAsia="Times New Roman" w:hAnsi="Times New Roman"/>
          <w:color w:val="000000"/>
          <w:sz w:val="24"/>
        </w:rPr>
        <w:t xml:space="preserve">Технология, 4 класс/Роговцева Н.И., Богданова Н.В., Шипилова Н.В. и др., Акционерное общество«Издательство «Просвещение»; </w:t>
      </w:r>
      <w:r w:rsidRPr="009A1DEA">
        <w:br/>
      </w:r>
    </w:p>
    <w:p w:rsidR="00330269" w:rsidRPr="001C3F6A" w:rsidRDefault="00CD0FF2" w:rsidP="007954AF">
      <w:pPr>
        <w:autoSpaceDE w:val="0"/>
        <w:autoSpaceDN w:val="0"/>
        <w:spacing w:before="262" w:after="0" w:line="230" w:lineRule="auto"/>
        <w:ind w:left="-426"/>
      </w:pPr>
      <w:r w:rsidRPr="001C3F6A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330269" w:rsidRDefault="00CD0FF2" w:rsidP="007954AF">
      <w:pPr>
        <w:autoSpaceDE w:val="0"/>
        <w:autoSpaceDN w:val="0"/>
        <w:spacing w:before="166" w:after="0" w:line="230" w:lineRule="auto"/>
        <w:ind w:left="-426"/>
        <w:rPr>
          <w:rFonts w:ascii="Times New Roman" w:eastAsia="Times New Roman" w:hAnsi="Times New Roman"/>
          <w:color w:val="000000"/>
          <w:sz w:val="24"/>
        </w:rPr>
      </w:pPr>
      <w:r w:rsidRPr="001C3F6A">
        <w:rPr>
          <w:rFonts w:ascii="Times New Roman" w:eastAsia="Times New Roman" w:hAnsi="Times New Roman"/>
          <w:color w:val="000000"/>
          <w:sz w:val="24"/>
        </w:rPr>
        <w:t>Поурочные разработки, электронный диск</w:t>
      </w:r>
    </w:p>
    <w:p w:rsidR="009A1DEA" w:rsidRDefault="009A1DEA" w:rsidP="009A1DEA">
      <w:pPr>
        <w:autoSpaceDE w:val="0"/>
        <w:autoSpaceDN w:val="0"/>
        <w:spacing w:before="166" w:after="0" w:line="262" w:lineRule="auto"/>
        <w:ind w:right="2304"/>
        <w:rPr>
          <w:rFonts w:ascii="Times New Roman" w:eastAsia="Times New Roman" w:hAnsi="Times New Roman"/>
          <w:color w:val="000000"/>
          <w:sz w:val="24"/>
        </w:rPr>
      </w:pPr>
      <w:r w:rsidRPr="001D33E7">
        <w:rPr>
          <w:rFonts w:ascii="Times New Roman" w:eastAsia="Times New Roman" w:hAnsi="Times New Roman"/>
          <w:color w:val="000000"/>
          <w:sz w:val="24"/>
        </w:rPr>
        <w:t xml:space="preserve">Коллекции электронных образовательных ресурсов </w:t>
      </w:r>
      <w:r w:rsidRPr="001D33E7">
        <w:br/>
      </w:r>
      <w:r w:rsidRPr="001D33E7">
        <w:rPr>
          <w:rFonts w:ascii="Times New Roman" w:eastAsia="Times New Roman" w:hAnsi="Times New Roman"/>
          <w:color w:val="000000"/>
          <w:sz w:val="24"/>
        </w:rPr>
        <w:t>Библиотека материалов для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1D33E7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1D33E7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nachalka</w:t>
      </w:r>
      <w:r w:rsidRPr="001D33E7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1D33E7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biblioteka</w:t>
      </w:r>
    </w:p>
    <w:p w:rsidR="009A1DEA" w:rsidRPr="009A1DEA" w:rsidRDefault="009A1DEA" w:rsidP="009A1DEA">
      <w:pPr>
        <w:autoSpaceDE w:val="0"/>
        <w:autoSpaceDN w:val="0"/>
        <w:spacing w:before="166" w:after="0" w:line="283" w:lineRule="auto"/>
        <w:ind w:right="576"/>
      </w:pPr>
      <w:r w:rsidRPr="009A1DEA">
        <w:rPr>
          <w:rFonts w:ascii="Times New Roman" w:eastAsia="Times New Roman" w:hAnsi="Times New Roman"/>
          <w:color w:val="000000"/>
          <w:sz w:val="24"/>
        </w:rPr>
        <w:t xml:space="preserve">Примерные рабочие программы начального общего образования «Технология 1-4» / Институт стратегии развития образования российской академии образования – М., 2021 .Роговцева Н.И., Богданова Н.В., Анащенкова С.В. Технология: учебник 4 кл, Просвещение 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диск электронное приложение к учебнику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>Роговцева Н.И., Анащенкова С.В. Технология: Рабочая тетрадь 4 кл, Просвещение Методические рекомендации.</w:t>
      </w:r>
    </w:p>
    <w:p w:rsidR="00330269" w:rsidRPr="001C3F6A" w:rsidRDefault="00CD0FF2" w:rsidP="007954AF">
      <w:pPr>
        <w:autoSpaceDE w:val="0"/>
        <w:autoSpaceDN w:val="0"/>
        <w:spacing w:before="264" w:after="0" w:line="230" w:lineRule="auto"/>
        <w:ind w:left="-426"/>
      </w:pPr>
      <w:r w:rsidRPr="001C3F6A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330269" w:rsidRDefault="00CD0FF2" w:rsidP="007954AF">
      <w:pPr>
        <w:autoSpaceDE w:val="0"/>
        <w:autoSpaceDN w:val="0"/>
        <w:spacing w:before="168" w:after="0" w:line="271" w:lineRule="auto"/>
        <w:ind w:left="-426" w:right="8496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1C3F6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1C3F6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1C3F6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C3F6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1C3F6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1C3F6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/ </w:t>
      </w:r>
      <w:r w:rsidRPr="001C3F6A"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1C3F6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1C3F6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mos</w:t>
      </w:r>
      <w:r w:rsidRPr="001C3F6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1C3F6A">
        <w:rPr>
          <w:rFonts w:ascii="Times New Roman" w:eastAsia="Times New Roman" w:hAnsi="Times New Roman"/>
          <w:color w:val="000000"/>
          <w:sz w:val="24"/>
        </w:rPr>
        <w:t>/</w:t>
      </w:r>
    </w:p>
    <w:p w:rsidR="009A1DEA" w:rsidRPr="009A1DEA" w:rsidRDefault="009A1DEA" w:rsidP="009A1DEA">
      <w:pPr>
        <w:pStyle w:val="af"/>
        <w:tabs>
          <w:tab w:val="left" w:pos="0"/>
        </w:tabs>
        <w:spacing w:before="156" w:line="292" w:lineRule="auto"/>
        <w:ind w:left="-426" w:right="8027"/>
      </w:pPr>
      <w:r w:rsidRPr="009A1DEA">
        <w:t>Портал "Начальная школа"</w:t>
      </w:r>
      <w:r w:rsidRPr="009A1DEA">
        <w:rPr>
          <w:spacing w:val="-58"/>
        </w:rPr>
        <w:t xml:space="preserve"> </w:t>
      </w:r>
      <w:hyperlink r:id="rId10">
        <w:r>
          <w:t>http</w:t>
        </w:r>
        <w:r w:rsidRPr="009A1DEA">
          <w:t>://</w:t>
        </w:r>
        <w:r>
          <w:t>nachalka</w:t>
        </w:r>
        <w:r w:rsidRPr="009A1DEA">
          <w:t>.</w:t>
        </w:r>
        <w:r>
          <w:t>edu</w:t>
        </w:r>
        <w:r w:rsidRPr="009A1DEA">
          <w:t>.</w:t>
        </w:r>
        <w:r>
          <w:t>ru</w:t>
        </w:r>
        <w:r w:rsidRPr="009A1DEA">
          <w:t>/</w:t>
        </w:r>
      </w:hyperlink>
    </w:p>
    <w:p w:rsidR="009A1DEA" w:rsidRPr="009A1DEA" w:rsidRDefault="009A1DEA" w:rsidP="009A1DEA">
      <w:pPr>
        <w:pStyle w:val="af"/>
        <w:tabs>
          <w:tab w:val="left" w:pos="0"/>
        </w:tabs>
        <w:spacing w:line="292" w:lineRule="auto"/>
        <w:ind w:left="-426" w:right="8027"/>
      </w:pPr>
      <w:r w:rsidRPr="009A1DEA">
        <w:t>Библиотека материалов для начальной школы</w:t>
      </w:r>
      <w:r w:rsidRPr="009A1DEA">
        <w:rPr>
          <w:spacing w:val="-58"/>
        </w:rPr>
        <w:t xml:space="preserve"> </w:t>
      </w:r>
      <w:hyperlink r:id="rId11">
        <w:r>
          <w:t>http</w:t>
        </w:r>
        <w:r w:rsidRPr="009A1DEA">
          <w:t>://</w:t>
        </w:r>
        <w:r>
          <w:t>www</w:t>
        </w:r>
        <w:r w:rsidRPr="009A1DEA">
          <w:t>.</w:t>
        </w:r>
        <w:r>
          <w:t>nachalka</w:t>
        </w:r>
        <w:r w:rsidRPr="009A1DEA">
          <w:t>.</w:t>
        </w:r>
        <w:r>
          <w:t>com</w:t>
        </w:r>
        <w:r w:rsidRPr="009A1DEA">
          <w:t>/</w:t>
        </w:r>
        <w:r>
          <w:t>biblioteka</w:t>
        </w:r>
      </w:hyperlink>
    </w:p>
    <w:p w:rsidR="009A1DEA" w:rsidRDefault="009A1DEA" w:rsidP="009A1DEA">
      <w:pPr>
        <w:pStyle w:val="af"/>
        <w:tabs>
          <w:tab w:val="left" w:pos="0"/>
        </w:tabs>
        <w:spacing w:line="292" w:lineRule="auto"/>
        <w:ind w:left="-426" w:right="8027"/>
        <w:rPr>
          <w:spacing w:val="-1"/>
        </w:rPr>
      </w:pPr>
      <w:r w:rsidRPr="009A1DEA">
        <w:t xml:space="preserve">РЭШ </w:t>
      </w:r>
      <w:r>
        <w:t>https</w:t>
      </w:r>
      <w:r w:rsidRPr="009A1DEA">
        <w:t>://</w:t>
      </w:r>
      <w:r>
        <w:t>resh</w:t>
      </w:r>
      <w:r w:rsidRPr="009A1DEA">
        <w:t>.</w:t>
      </w:r>
      <w:r>
        <w:t>edu</w:t>
      </w:r>
      <w:r w:rsidRPr="009A1DEA">
        <w:t>.</w:t>
      </w:r>
      <w:r>
        <w:t>ru</w:t>
      </w:r>
      <w:r w:rsidRPr="009A1DEA">
        <w:t>/</w:t>
      </w:r>
      <w:r w:rsidRPr="009A1DEA">
        <w:rPr>
          <w:spacing w:val="1"/>
        </w:rPr>
        <w:t xml:space="preserve"> </w:t>
      </w:r>
      <w:r w:rsidRPr="009A1DEA">
        <w:rPr>
          <w:spacing w:val="-1"/>
        </w:rPr>
        <w:t>Инфоурок</w:t>
      </w:r>
      <w:r>
        <w:rPr>
          <w:spacing w:val="-1"/>
        </w:rPr>
        <w:t>https</w:t>
      </w:r>
      <w:r w:rsidRPr="009A1DEA">
        <w:rPr>
          <w:spacing w:val="-1"/>
        </w:rPr>
        <w:t>://</w:t>
      </w:r>
      <w:r>
        <w:rPr>
          <w:spacing w:val="-1"/>
        </w:rPr>
        <w:t>infourok</w:t>
      </w:r>
      <w:r w:rsidRPr="009A1DEA">
        <w:rPr>
          <w:spacing w:val="-1"/>
        </w:rPr>
        <w:t>.</w:t>
      </w:r>
      <w:r>
        <w:rPr>
          <w:spacing w:val="-1"/>
        </w:rPr>
        <w:t>ru</w:t>
      </w:r>
      <w:r w:rsidRPr="009A1DEA">
        <w:rPr>
          <w:spacing w:val="-1"/>
        </w:rPr>
        <w:t>/</w:t>
      </w:r>
    </w:p>
    <w:p w:rsidR="009A1DEA" w:rsidRPr="009A1DEA" w:rsidRDefault="009A1DEA" w:rsidP="009A1DEA">
      <w:pPr>
        <w:autoSpaceDE w:val="0"/>
        <w:autoSpaceDN w:val="0"/>
        <w:spacing w:before="166" w:after="0" w:line="290" w:lineRule="auto"/>
      </w:pPr>
      <w:r w:rsidRPr="009A1DEA">
        <w:rPr>
          <w:rFonts w:ascii="Times New Roman" w:eastAsia="Times New Roman" w:hAnsi="Times New Roman"/>
          <w:color w:val="000000"/>
          <w:sz w:val="24"/>
        </w:rPr>
        <w:t xml:space="preserve">«Единая коллекция цифровых образовательных ресурсов»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9A1DEA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collektion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: // 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Каталог учебных изданий, электронного оборудования и электронных образовательных ресурсов для общего образования 1-4 класс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ndce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Федеральный портал «Российское образование»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Школьный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portalschool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Современный учительский портал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easyen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9A1DE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tekhnologija</w:t>
      </w:r>
      <w:r w:rsidRPr="009A1DEA">
        <w:rPr>
          <w:rFonts w:ascii="Times New Roman" w:eastAsia="Times New Roman" w:hAnsi="Times New Roman"/>
          <w:color w:val="000000"/>
          <w:sz w:val="24"/>
        </w:rPr>
        <w:t>/4_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Портал "Информационные коммуникационные технологии в образовании"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ict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Федеральный центр информационно-образовательных ресурсов (ЦОР)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9A1DEA">
        <w:rPr>
          <w:rFonts w:ascii="Times New Roman" w:eastAsia="Times New Roman" w:hAnsi="Times New Roman"/>
          <w:color w:val="000000"/>
          <w:sz w:val="24"/>
        </w:rPr>
        <w:t>-</w:t>
      </w:r>
      <w:r w:rsidRPr="009A1DEA">
        <w:br/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Учительский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ucportal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Конспекты и технологические карты для проведения уроков на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разные темы, слайдовые презентации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uchitelya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Всероссийский учительский портал ЗАВУЧ. ИНФО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zavuch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Интернет портал </w:t>
      </w:r>
      <w:r>
        <w:rPr>
          <w:rFonts w:ascii="Times New Roman" w:eastAsia="Times New Roman" w:hAnsi="Times New Roman"/>
          <w:color w:val="000000"/>
          <w:sz w:val="24"/>
        </w:rPr>
        <w:t>Pro</w:t>
      </w:r>
      <w:r w:rsidRPr="009A1DEA">
        <w:rPr>
          <w:rFonts w:ascii="Times New Roman" w:eastAsia="Times New Roman" w:hAnsi="Times New Roman"/>
          <w:color w:val="000000"/>
          <w:sz w:val="24"/>
        </w:rPr>
        <w:t>Школу.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</w:rPr>
        <w:t>proshkolu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Презентации уроков технологии в начальной школе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pedportal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Разработка уроков технологии для учащихся начальных классов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infourok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Сетевое образовательное сообщество учителей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Сайт «Начальная школа» с онлайн-поддержкой учебников комплекта «Школа России» 1-4 кл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://1-4.</w:t>
      </w:r>
      <w:r>
        <w:rPr>
          <w:rFonts w:ascii="Times New Roman" w:eastAsia="Times New Roman" w:hAnsi="Times New Roman"/>
          <w:color w:val="000000"/>
          <w:sz w:val="24"/>
        </w:rPr>
        <w:t>prosv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Сайт интернет-проекта «Копилка уроков сайт для учителей» 1-4 класс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Сайт интернет-проекта «Копилка уроков сайт для учителей» 1-4 класс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kopilurokov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Журнал «Начальная школа»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openworld</w:t>
      </w:r>
      <w:r w:rsidRPr="009A1DEA">
        <w:rPr>
          <w:rFonts w:ascii="Times New Roman" w:eastAsia="Times New Roman" w:hAnsi="Times New Roman"/>
          <w:color w:val="000000"/>
          <w:sz w:val="24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Творим вместе с детьми. Уроки технологии в начальной школе. Творчество учителей и детей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tvorchestvo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wordpress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Школьные поделки с инструкцией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millionpodarkov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Поделки из бумаги: начальная школа. Идеи с пошаговыми фото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chudopredki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Страна Мастеров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stranamasterov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Природные материалы на уроках труда в начальных классах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enciklopediya</w:t>
      </w:r>
      <w:r w:rsidRPr="009A1DEA">
        <w:rPr>
          <w:rFonts w:ascii="Times New Roman" w:eastAsia="Times New Roman" w:hAnsi="Times New Roman"/>
          <w:color w:val="000000"/>
          <w:sz w:val="24"/>
        </w:rPr>
        <w:t>1.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Технология: презентации, учебные фильмы к урокам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metodisty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9A1DEA" w:rsidRPr="009A1DEA" w:rsidRDefault="009A1DEA" w:rsidP="009A1DEA">
      <w:pPr>
        <w:sectPr w:rsidR="009A1DEA" w:rsidRPr="009A1DEA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A1DEA" w:rsidRPr="009A1DEA" w:rsidRDefault="009A1DEA" w:rsidP="009A1DEA">
      <w:pPr>
        <w:autoSpaceDE w:val="0"/>
        <w:autoSpaceDN w:val="0"/>
        <w:spacing w:after="96" w:line="220" w:lineRule="exact"/>
      </w:pPr>
    </w:p>
    <w:p w:rsidR="009A1DEA" w:rsidRPr="009A1DEA" w:rsidRDefault="009A1DEA" w:rsidP="009A1DEA">
      <w:pPr>
        <w:autoSpaceDE w:val="0"/>
        <w:autoSpaceDN w:val="0"/>
        <w:spacing w:after="0"/>
      </w:pPr>
      <w:r w:rsidRPr="009A1DEA">
        <w:rPr>
          <w:rFonts w:ascii="Times New Roman" w:eastAsia="Times New Roman" w:hAnsi="Times New Roman"/>
          <w:color w:val="000000"/>
          <w:sz w:val="24"/>
        </w:rPr>
        <w:t xml:space="preserve">Технология и труд: тематическое планирование, презентации, уроки по ФГОС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pedsovet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Технологии. Готовые презентации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pwpt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Образовательный портал «Видеоуроки»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videouroki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9A1DEA">
        <w:br/>
      </w:r>
      <w:r w:rsidRPr="009A1DEA">
        <w:rPr>
          <w:rFonts w:ascii="Times New Roman" w:eastAsia="Times New Roman" w:hAnsi="Times New Roman"/>
          <w:color w:val="000000"/>
          <w:sz w:val="24"/>
        </w:rPr>
        <w:t xml:space="preserve">Сайт учителя технологии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9A1DEA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tehnologiya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narod</w:t>
      </w:r>
      <w:r w:rsidRPr="009A1DEA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:rsidR="009A1DEA" w:rsidRPr="009A1DEA" w:rsidRDefault="009A1DEA" w:rsidP="009A1DEA">
      <w:pPr>
        <w:pStyle w:val="af"/>
        <w:tabs>
          <w:tab w:val="left" w:pos="0"/>
        </w:tabs>
        <w:spacing w:line="292" w:lineRule="auto"/>
        <w:ind w:left="-426" w:right="8027"/>
      </w:pPr>
    </w:p>
    <w:p w:rsidR="00330269" w:rsidRPr="001C3F6A" w:rsidRDefault="00CD0FF2" w:rsidP="007954AF">
      <w:pPr>
        <w:autoSpaceDE w:val="0"/>
        <w:autoSpaceDN w:val="0"/>
        <w:spacing w:after="0" w:line="230" w:lineRule="auto"/>
        <w:ind w:left="-426"/>
      </w:pPr>
      <w:r w:rsidRPr="001C3F6A">
        <w:rPr>
          <w:rFonts w:ascii="Times New Roman" w:eastAsia="Times New Roman" w:hAnsi="Times New Roman"/>
          <w:b/>
          <w:color w:val="000000"/>
          <w:sz w:val="24"/>
        </w:rPr>
        <w:t>МАТЕРИАЛЬНО-ТЕХНИЧЕСКОЕ ОБЕСПЕЧЕНИЕ ОБРАЗОВАТЕЛЬНОГО ПРОЦЕССА</w:t>
      </w:r>
    </w:p>
    <w:p w:rsidR="00330269" w:rsidRPr="001C3F6A" w:rsidRDefault="00CD0FF2" w:rsidP="007954AF">
      <w:pPr>
        <w:autoSpaceDE w:val="0"/>
        <w:autoSpaceDN w:val="0"/>
        <w:spacing w:before="346" w:after="0" w:line="230" w:lineRule="auto"/>
        <w:ind w:left="-426"/>
      </w:pPr>
      <w:r w:rsidRPr="001C3F6A">
        <w:rPr>
          <w:rFonts w:ascii="Times New Roman" w:eastAsia="Times New Roman" w:hAnsi="Times New Roman"/>
          <w:b/>
          <w:color w:val="000000"/>
          <w:sz w:val="24"/>
        </w:rPr>
        <w:t>УЧЕБНОЕ ОБОРУДОВАНИЕ</w:t>
      </w:r>
    </w:p>
    <w:p w:rsidR="00330269" w:rsidRDefault="00CD0FF2" w:rsidP="007954AF">
      <w:pPr>
        <w:autoSpaceDE w:val="0"/>
        <w:autoSpaceDN w:val="0"/>
        <w:spacing w:before="166" w:after="0"/>
        <w:ind w:left="-426" w:right="2304"/>
        <w:rPr>
          <w:rFonts w:ascii="Times New Roman" w:eastAsia="Times New Roman" w:hAnsi="Times New Roman"/>
          <w:color w:val="000000"/>
          <w:sz w:val="24"/>
        </w:rPr>
      </w:pPr>
      <w:r w:rsidRPr="001C3F6A">
        <w:rPr>
          <w:rFonts w:ascii="Times New Roman" w:eastAsia="Times New Roman" w:hAnsi="Times New Roman"/>
          <w:color w:val="000000"/>
          <w:sz w:val="24"/>
        </w:rPr>
        <w:t xml:space="preserve">Учебник, заготовка для изготовления подставки для кисти (заранее вырезать из приложения 1 рабочей тетради);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бумага для упражнений в разметке и вырезании симметричных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>форм, простой карандаш, ножницы.</w:t>
      </w:r>
    </w:p>
    <w:p w:rsidR="00D22044" w:rsidRPr="00D22044" w:rsidRDefault="00D22044" w:rsidP="00D22044">
      <w:pPr>
        <w:autoSpaceDE w:val="0"/>
        <w:autoSpaceDN w:val="0"/>
        <w:spacing w:before="166" w:after="0" w:line="271" w:lineRule="auto"/>
        <w:ind w:right="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2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Таблицы к основным разделам грамматического материала, содержащегося в программе Наборы сюжетных (предметных) картинок в соответствии с </w:t>
      </w:r>
      <w:r w:rsidRPr="00D22044">
        <w:rPr>
          <w:rFonts w:ascii="Times New Roman" w:hAnsi="Times New Roman" w:cs="Times New Roman"/>
          <w:sz w:val="24"/>
          <w:szCs w:val="24"/>
        </w:rPr>
        <w:br/>
      </w:r>
      <w:r w:rsidRPr="00D22044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тематикой</w:t>
      </w:r>
    </w:p>
    <w:p w:rsidR="00D22044" w:rsidRPr="00D22044" w:rsidRDefault="00D22044" w:rsidP="00D22044">
      <w:pPr>
        <w:pStyle w:val="af"/>
        <w:spacing w:before="156" w:line="292" w:lineRule="auto"/>
        <w:ind w:left="126" w:right="281"/>
        <w:rPr>
          <w:rFonts w:ascii="Times New Roman" w:hAnsi="Times New Roman" w:cs="Times New Roman"/>
          <w:sz w:val="24"/>
          <w:szCs w:val="24"/>
        </w:rPr>
      </w:pPr>
      <w:r w:rsidRPr="00D22044">
        <w:rPr>
          <w:rFonts w:ascii="Times New Roman" w:hAnsi="Times New Roman" w:cs="Times New Roman"/>
          <w:sz w:val="24"/>
          <w:szCs w:val="24"/>
        </w:rPr>
        <w:t>Таблицы в соответствии с основными разделами программы обучения, Альбомы демонстрационного</w:t>
      </w:r>
      <w:r w:rsidRPr="00D220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22044">
        <w:rPr>
          <w:rFonts w:ascii="Times New Roman" w:hAnsi="Times New Roman" w:cs="Times New Roman"/>
          <w:sz w:val="24"/>
          <w:szCs w:val="24"/>
        </w:rPr>
        <w:t>и раздаточного материала, Мультимедийные (цифровые) инструменты и образовательные ресурсы,</w:t>
      </w:r>
      <w:r w:rsidRPr="00D220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044">
        <w:rPr>
          <w:rFonts w:ascii="Times New Roman" w:hAnsi="Times New Roman" w:cs="Times New Roman"/>
          <w:sz w:val="24"/>
          <w:szCs w:val="24"/>
        </w:rPr>
        <w:t>соответствующие содержанию обучения, обучающие программы по предмету (пол возможности),</w:t>
      </w:r>
      <w:r w:rsidRPr="00D220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044">
        <w:rPr>
          <w:rFonts w:ascii="Times New Roman" w:hAnsi="Times New Roman" w:cs="Times New Roman"/>
          <w:sz w:val="24"/>
          <w:szCs w:val="24"/>
        </w:rPr>
        <w:t>Видеофильмы (труд людей, технологические процессы, народные промыслы), Слайды (диапозитивы)</w:t>
      </w:r>
      <w:r w:rsidRPr="00D220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D22044">
        <w:rPr>
          <w:rFonts w:ascii="Times New Roman" w:hAnsi="Times New Roman" w:cs="Times New Roman"/>
          <w:sz w:val="24"/>
          <w:szCs w:val="24"/>
        </w:rPr>
        <w:t>по основным темам курса, Действующие модели механизмов,Объёмные модели геометрических</w:t>
      </w:r>
      <w:r w:rsidRPr="00D220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22044">
        <w:rPr>
          <w:rFonts w:ascii="Times New Roman" w:hAnsi="Times New Roman" w:cs="Times New Roman"/>
          <w:sz w:val="24"/>
          <w:szCs w:val="24"/>
        </w:rPr>
        <w:t>фигур.</w:t>
      </w:r>
    </w:p>
    <w:p w:rsidR="00D22044" w:rsidRPr="001D33E7" w:rsidRDefault="00D22044" w:rsidP="00D22044">
      <w:pPr>
        <w:autoSpaceDE w:val="0"/>
        <w:autoSpaceDN w:val="0"/>
        <w:spacing w:before="166" w:after="0" w:line="271" w:lineRule="auto"/>
        <w:ind w:right="576"/>
      </w:pPr>
    </w:p>
    <w:p w:rsidR="00D22044" w:rsidRPr="001C3F6A" w:rsidRDefault="00D22044" w:rsidP="007954AF">
      <w:pPr>
        <w:autoSpaceDE w:val="0"/>
        <w:autoSpaceDN w:val="0"/>
        <w:spacing w:before="166" w:after="0"/>
        <w:ind w:left="-426" w:right="2304"/>
      </w:pPr>
    </w:p>
    <w:p w:rsidR="00330269" w:rsidRPr="001C3F6A" w:rsidRDefault="00CD0FF2" w:rsidP="007954AF">
      <w:pPr>
        <w:autoSpaceDE w:val="0"/>
        <w:autoSpaceDN w:val="0"/>
        <w:spacing w:before="262" w:after="0" w:line="230" w:lineRule="auto"/>
        <w:ind w:left="-426"/>
      </w:pPr>
      <w:r w:rsidRPr="001C3F6A"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D22044" w:rsidRDefault="00CD0FF2" w:rsidP="00D22044">
      <w:pPr>
        <w:autoSpaceDE w:val="0"/>
        <w:autoSpaceDN w:val="0"/>
        <w:spacing w:before="166" w:after="0" w:line="283" w:lineRule="auto"/>
        <w:ind w:left="-426" w:right="5328"/>
        <w:rPr>
          <w:rFonts w:ascii="Times New Roman" w:eastAsia="Times New Roman" w:hAnsi="Times New Roman"/>
          <w:color w:val="000000"/>
          <w:sz w:val="24"/>
        </w:rPr>
      </w:pPr>
      <w:r w:rsidRPr="001C3F6A">
        <w:rPr>
          <w:rFonts w:ascii="Times New Roman" w:eastAsia="Times New Roman" w:hAnsi="Times New Roman"/>
          <w:color w:val="000000"/>
          <w:sz w:val="24"/>
        </w:rPr>
        <w:t xml:space="preserve">1.Набор цветной бумаги;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2. Набор цветного картона;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3. Набор белого картона;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4.Ножницы с тупыми концами;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5.Клей – карандаш, клей ПВА, кисточка для клея;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 xml:space="preserve">6.Пластилин не менее 8 цветов, стеки, дощечка; </w:t>
      </w:r>
      <w:r w:rsidRPr="001C3F6A">
        <w:br/>
      </w:r>
      <w:r w:rsidRPr="001C3F6A">
        <w:rPr>
          <w:rFonts w:ascii="Times New Roman" w:eastAsia="Times New Roman" w:hAnsi="Times New Roman"/>
          <w:color w:val="000000"/>
          <w:sz w:val="24"/>
        </w:rPr>
        <w:t>7.Природный материал</w:t>
      </w:r>
    </w:p>
    <w:p w:rsidR="00D22044" w:rsidRPr="00D22044" w:rsidRDefault="00D22044" w:rsidP="00D22044">
      <w:pPr>
        <w:autoSpaceDE w:val="0"/>
        <w:autoSpaceDN w:val="0"/>
        <w:spacing w:before="166" w:after="0" w:line="283" w:lineRule="auto"/>
        <w:ind w:left="-426" w:right="5328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8. Мультимедийный проектор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9. Ноутбук</w:t>
      </w:r>
    </w:p>
    <w:p w:rsidR="00D22044" w:rsidRPr="001C3F6A" w:rsidRDefault="00D22044" w:rsidP="007954AF">
      <w:pPr>
        <w:autoSpaceDE w:val="0"/>
        <w:autoSpaceDN w:val="0"/>
        <w:spacing w:before="166" w:after="0" w:line="283" w:lineRule="auto"/>
        <w:ind w:left="-426" w:right="5328"/>
      </w:pPr>
    </w:p>
    <w:sectPr w:rsidR="00D22044" w:rsidRPr="001C3F6A" w:rsidSect="00D22044">
      <w:pgSz w:w="11900" w:h="16840"/>
      <w:pgMar w:top="1440" w:right="1440" w:bottom="1440" w:left="1276" w:header="720" w:footer="720" w:gutter="0"/>
      <w:cols w:space="720" w:equalWidth="0">
        <w:col w:w="10748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0BC" w:rsidRDefault="001100BC" w:rsidP="001C3F6A">
      <w:pPr>
        <w:spacing w:after="0" w:line="240" w:lineRule="auto"/>
      </w:pPr>
      <w:r>
        <w:separator/>
      </w:r>
    </w:p>
  </w:endnote>
  <w:endnote w:type="continuationSeparator" w:id="0">
    <w:p w:rsidR="001100BC" w:rsidRDefault="001100BC" w:rsidP="001C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0BC" w:rsidRDefault="001100BC" w:rsidP="001C3F6A">
      <w:pPr>
        <w:spacing w:after="0" w:line="240" w:lineRule="auto"/>
      </w:pPr>
      <w:r>
        <w:separator/>
      </w:r>
    </w:p>
  </w:footnote>
  <w:footnote w:type="continuationSeparator" w:id="0">
    <w:p w:rsidR="001100BC" w:rsidRDefault="001100BC" w:rsidP="001C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256446"/>
      <w:docPartObj>
        <w:docPartGallery w:val="Page Numbers (Top of Page)"/>
        <w:docPartUnique/>
      </w:docPartObj>
    </w:sdtPr>
    <w:sdtEndPr/>
    <w:sdtContent>
      <w:p w:rsidR="009A1DEA" w:rsidRDefault="001100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AAD" w:rsidRPr="00DE1AAD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9A1DEA" w:rsidRDefault="009A1D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633A4B"/>
    <w:multiLevelType w:val="hybridMultilevel"/>
    <w:tmpl w:val="B5028986"/>
    <w:lvl w:ilvl="0" w:tplc="50A68A16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F2BD0C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F988A0A8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DC0AE9BC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873C928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D01C485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E4760206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E5D49DB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77E448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1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>
    <w:nsid w:val="24E8142B"/>
    <w:multiLevelType w:val="hybridMultilevel"/>
    <w:tmpl w:val="5CE64C7A"/>
    <w:lvl w:ilvl="0" w:tplc="7FF8F0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14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3E78301A"/>
    <w:multiLevelType w:val="hybridMultilevel"/>
    <w:tmpl w:val="7EA4C522"/>
    <w:lvl w:ilvl="0" w:tplc="3DF2F79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6B35F9"/>
    <w:multiLevelType w:val="hybridMultilevel"/>
    <w:tmpl w:val="0C8E0DC4"/>
    <w:lvl w:ilvl="0" w:tplc="ABD80F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DC24B32"/>
    <w:multiLevelType w:val="hybridMultilevel"/>
    <w:tmpl w:val="C5365A5E"/>
    <w:lvl w:ilvl="0" w:tplc="6E088E2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19"/>
  </w:num>
  <w:num w:numId="13">
    <w:abstractNumId w:val="10"/>
  </w:num>
  <w:num w:numId="14">
    <w:abstractNumId w:val="14"/>
  </w:num>
  <w:num w:numId="15">
    <w:abstractNumId w:val="13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1D3B"/>
    <w:rsid w:val="00034616"/>
    <w:rsid w:val="00046DC3"/>
    <w:rsid w:val="0006063C"/>
    <w:rsid w:val="000D0687"/>
    <w:rsid w:val="000E3A11"/>
    <w:rsid w:val="000E430A"/>
    <w:rsid w:val="001100BC"/>
    <w:rsid w:val="0015074B"/>
    <w:rsid w:val="001C3F6A"/>
    <w:rsid w:val="001C488B"/>
    <w:rsid w:val="0029639D"/>
    <w:rsid w:val="002A1DFF"/>
    <w:rsid w:val="00326F90"/>
    <w:rsid w:val="00330269"/>
    <w:rsid w:val="006A0F37"/>
    <w:rsid w:val="006B2665"/>
    <w:rsid w:val="007711C0"/>
    <w:rsid w:val="00773F47"/>
    <w:rsid w:val="007954AF"/>
    <w:rsid w:val="009A1DEA"/>
    <w:rsid w:val="00A41CC9"/>
    <w:rsid w:val="00AA1D8D"/>
    <w:rsid w:val="00B17EB8"/>
    <w:rsid w:val="00B47730"/>
    <w:rsid w:val="00BE6923"/>
    <w:rsid w:val="00CB0664"/>
    <w:rsid w:val="00CD0FF2"/>
    <w:rsid w:val="00D22044"/>
    <w:rsid w:val="00DE1AAD"/>
    <w:rsid w:val="00E05972"/>
    <w:rsid w:val="00F968E6"/>
    <w:rsid w:val="00FA75A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10">
    <w:name w:val="Заголовок 11"/>
    <w:basedOn w:val="a1"/>
    <w:uiPriority w:val="1"/>
    <w:qFormat/>
    <w:rsid w:val="00CD0FF2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6DC3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046DC3"/>
    <w:pPr>
      <w:widowControl w:val="0"/>
      <w:autoSpaceDE w:val="0"/>
      <w:autoSpaceDN w:val="0"/>
      <w:spacing w:before="64" w:after="0" w:line="240" w:lineRule="auto"/>
      <w:ind w:left="7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10">
    <w:name w:val="Заголовок 11"/>
    <w:basedOn w:val="a1"/>
    <w:uiPriority w:val="1"/>
    <w:qFormat/>
    <w:rsid w:val="00CD0FF2"/>
    <w:pPr>
      <w:widowControl w:val="0"/>
      <w:autoSpaceDE w:val="0"/>
      <w:autoSpaceDN w:val="0"/>
      <w:spacing w:before="66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46DC3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046DC3"/>
    <w:pPr>
      <w:widowControl w:val="0"/>
      <w:autoSpaceDE w:val="0"/>
      <w:autoSpaceDN w:val="0"/>
      <w:spacing w:before="64" w:after="0" w:line="240" w:lineRule="auto"/>
      <w:ind w:left="7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chalka.com/biblioteka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achalka.edu.ru/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AF4C63-C3B9-48F4-B69B-A75057AB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20647</Words>
  <Characters>117690</Characters>
  <Application>Microsoft Office Word</Application>
  <DocSecurity>0</DocSecurity>
  <Lines>980</Lines>
  <Paragraphs>276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2023-03-04T05:06:00Z</dcterms:created>
  <dcterms:modified xsi:type="dcterms:W3CDTF">2023-03-04T05:06:00Z</dcterms:modified>
</cp:coreProperties>
</file>